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7F34" w14:textId="4BF1030D" w:rsidR="00B929F9" w:rsidRDefault="00890D2F" w:rsidP="00B929F9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9B3212" wp14:editId="0680EDD0">
            <wp:simplePos x="0" y="0"/>
            <wp:positionH relativeFrom="margin">
              <wp:posOffset>4801870</wp:posOffset>
            </wp:positionH>
            <wp:positionV relativeFrom="paragraph">
              <wp:posOffset>-78105</wp:posOffset>
            </wp:positionV>
            <wp:extent cx="1535430" cy="1236396"/>
            <wp:effectExtent l="0" t="0" r="7620" b="190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7103" cy="1237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B9DF2" w14:textId="5DDF2109" w:rsidR="00B929F9" w:rsidRPr="00B929F9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</w:rPr>
        <w:t>2026 – PRIHL</w:t>
      </w:r>
      <w:r w:rsidRPr="00B929F9">
        <w:rPr>
          <w:b/>
          <w:bCs/>
          <w:lang w:val="sk-SK"/>
        </w:rPr>
        <w:t>ÁŠKA</w:t>
      </w:r>
    </w:p>
    <w:p w14:paraId="68686F71" w14:textId="35BB4015" w:rsidR="00890D2F" w:rsidRDefault="00626FF3" w:rsidP="00890D2F">
      <w:pPr>
        <w:autoSpaceDE w:val="0"/>
        <w:autoSpaceDN w:val="0"/>
        <w:adjustRightInd w:val="0"/>
        <w:spacing w:after="0" w:line="240" w:lineRule="auto"/>
        <w:rPr>
          <w:rStyle w:val="Vrazn"/>
        </w:rPr>
      </w:pPr>
      <w:r>
        <w:rPr>
          <w:rStyle w:val="Vrazn"/>
        </w:rPr>
        <w:t>Bankov</w:t>
      </w:r>
      <w:r>
        <w:rPr>
          <w:rStyle w:val="Vrazn"/>
          <w:lang w:val="sk-SK"/>
        </w:rPr>
        <w:t>é údaje:</w:t>
      </w:r>
      <w:r>
        <w:rPr>
          <w:rStyle w:val="Vrazn"/>
        </w:rPr>
        <w:t xml:space="preserve"> </w:t>
      </w:r>
    </w:p>
    <w:p w14:paraId="427DE239" w14:textId="4316A574" w:rsidR="00890D2F" w:rsidRPr="00890D2F" w:rsidRDefault="00890D2F" w:rsidP="00890D2F">
      <w:pPr>
        <w:autoSpaceDE w:val="0"/>
        <w:autoSpaceDN w:val="0"/>
        <w:adjustRightInd w:val="0"/>
        <w:spacing w:after="0" w:line="240" w:lineRule="auto"/>
        <w:rPr>
          <w:rFonts w:ascii="BebasKai" w:hAnsi="BebasKai" w:cs="BebasKai"/>
          <w:color w:val="00000A"/>
          <w:lang w:val="sk-SK"/>
        </w:rPr>
      </w:pPr>
      <w:r>
        <w:rPr>
          <w:rFonts w:ascii="BebasKai" w:hAnsi="BebasKai" w:cs="BebasKai"/>
          <w:color w:val="EA7E02"/>
          <w:lang w:val="sk-SK"/>
        </w:rPr>
        <w:t>IBAN</w:t>
      </w:r>
      <w:r w:rsidRPr="00890D2F">
        <w:rPr>
          <w:rFonts w:ascii="BebasKai" w:hAnsi="BebasKai" w:cs="BebasKai"/>
          <w:color w:val="EA7E02"/>
          <w:lang w:val="sk-SK"/>
        </w:rPr>
        <w:t>:</w:t>
      </w:r>
      <w:r w:rsidRPr="00890D2F">
        <w:rPr>
          <w:rFonts w:ascii="BebasKai" w:hAnsi="BebasKai" w:cs="BebasKai"/>
          <w:color w:val="EA7E02"/>
          <w:lang w:val="sk-SK"/>
        </w:rPr>
        <w:t xml:space="preserve"> </w:t>
      </w:r>
      <w:r w:rsidRPr="00890D2F">
        <w:rPr>
          <w:rFonts w:ascii="BebasKai" w:hAnsi="BebasKai" w:cs="BebasKai"/>
          <w:color w:val="00000A"/>
          <w:lang w:val="sk-SK"/>
        </w:rPr>
        <w:t>ES60 3058 0746 6127 2012 3192</w:t>
      </w:r>
    </w:p>
    <w:p w14:paraId="62EA56CE" w14:textId="33F24FDD" w:rsidR="00890D2F" w:rsidRPr="00890D2F" w:rsidRDefault="00890D2F" w:rsidP="00890D2F">
      <w:pPr>
        <w:autoSpaceDE w:val="0"/>
        <w:autoSpaceDN w:val="0"/>
        <w:adjustRightInd w:val="0"/>
        <w:spacing w:after="0" w:line="240" w:lineRule="auto"/>
        <w:rPr>
          <w:rFonts w:ascii="BebasKai" w:hAnsi="BebasKai" w:cs="BebasKai"/>
          <w:color w:val="00000A"/>
          <w:lang w:val="sk-SK"/>
        </w:rPr>
      </w:pPr>
      <w:r w:rsidRPr="00890D2F">
        <w:rPr>
          <w:rFonts w:ascii="BebasKai" w:hAnsi="BebasKai" w:cs="BebasKai"/>
          <w:color w:val="EA7E02"/>
          <w:lang w:val="sk-SK"/>
        </w:rPr>
        <w:t>BIC/SWIFT:</w:t>
      </w:r>
      <w:r w:rsidRPr="00890D2F">
        <w:rPr>
          <w:rFonts w:ascii="BebasKai" w:hAnsi="BebasKai" w:cs="BebasKai"/>
          <w:color w:val="EA7E02"/>
          <w:lang w:val="sk-SK"/>
        </w:rPr>
        <w:t xml:space="preserve"> </w:t>
      </w:r>
      <w:r w:rsidRPr="00890D2F">
        <w:rPr>
          <w:rFonts w:ascii="BebasKai" w:hAnsi="BebasKai" w:cs="BebasKai"/>
          <w:color w:val="00000A"/>
          <w:lang w:val="sk-SK"/>
        </w:rPr>
        <w:t>CCRIES2AXXX</w:t>
      </w:r>
    </w:p>
    <w:p w14:paraId="0830BE2E" w14:textId="2621223E" w:rsidR="00890D2F" w:rsidRPr="00890D2F" w:rsidRDefault="00890D2F" w:rsidP="00890D2F">
      <w:pPr>
        <w:autoSpaceDE w:val="0"/>
        <w:autoSpaceDN w:val="0"/>
        <w:adjustRightInd w:val="0"/>
        <w:spacing w:after="0" w:line="240" w:lineRule="auto"/>
        <w:rPr>
          <w:rFonts w:ascii="BebasKai" w:hAnsi="BebasKai" w:cs="BebasKai"/>
          <w:color w:val="00000A"/>
          <w:lang w:val="sk-SK"/>
        </w:rPr>
      </w:pPr>
      <w:r>
        <w:rPr>
          <w:rFonts w:ascii="BebasKai" w:hAnsi="BebasKai" w:cs="BebasKai"/>
          <w:color w:val="EA7E02"/>
          <w:lang w:val="sk-SK"/>
        </w:rPr>
        <w:t>Majiteľ účtu</w:t>
      </w:r>
      <w:r w:rsidRPr="00890D2F">
        <w:rPr>
          <w:rFonts w:ascii="BebasKai" w:hAnsi="BebasKai" w:cs="BebasKai"/>
          <w:color w:val="EA7E02"/>
          <w:lang w:val="sk-SK"/>
        </w:rPr>
        <w:t>:</w:t>
      </w:r>
      <w:r w:rsidRPr="00890D2F">
        <w:rPr>
          <w:rFonts w:ascii="BebasKai" w:hAnsi="BebasKai" w:cs="BebasKai"/>
          <w:color w:val="00000A"/>
          <w:lang w:val="sk-SK"/>
        </w:rPr>
        <w:t xml:space="preserve"> </w:t>
      </w:r>
      <w:r w:rsidRPr="00890D2F">
        <w:rPr>
          <w:rFonts w:ascii="BebasKai" w:hAnsi="BebasKai" w:cs="BebasKai"/>
          <w:color w:val="00000A"/>
          <w:lang w:val="sk-SK"/>
        </w:rPr>
        <w:t>DERBY COSTA DEL SOL</w:t>
      </w:r>
    </w:p>
    <w:p w14:paraId="31721059" w14:textId="26C45688" w:rsidR="00890D2F" w:rsidRPr="00890D2F" w:rsidRDefault="00890D2F" w:rsidP="00890D2F">
      <w:pPr>
        <w:autoSpaceDE w:val="0"/>
        <w:autoSpaceDN w:val="0"/>
        <w:adjustRightInd w:val="0"/>
        <w:spacing w:after="0" w:line="240" w:lineRule="auto"/>
        <w:rPr>
          <w:rFonts w:ascii="BebasKai" w:hAnsi="BebasKai" w:cs="BebasKai"/>
          <w:color w:val="00000A"/>
          <w:lang w:val="sk-SK"/>
        </w:rPr>
      </w:pPr>
      <w:r>
        <w:rPr>
          <w:rFonts w:ascii="BebasKai" w:hAnsi="BebasKai" w:cs="BebasKai"/>
          <w:color w:val="EA7E02"/>
          <w:lang w:val="sk-SK"/>
        </w:rPr>
        <w:t>BANKA</w:t>
      </w:r>
      <w:r w:rsidRPr="00890D2F">
        <w:rPr>
          <w:rFonts w:ascii="BebasKai" w:hAnsi="BebasKai" w:cs="BebasKai"/>
          <w:color w:val="EA7E02"/>
          <w:lang w:val="sk-SK"/>
        </w:rPr>
        <w:t>:</w:t>
      </w:r>
      <w:r w:rsidRPr="00890D2F">
        <w:rPr>
          <w:rFonts w:ascii="BebasKai" w:hAnsi="BebasKai" w:cs="BebasKai"/>
          <w:color w:val="EA7E02"/>
          <w:lang w:val="sk-SK"/>
        </w:rPr>
        <w:t xml:space="preserve"> </w:t>
      </w:r>
      <w:r w:rsidRPr="00890D2F">
        <w:rPr>
          <w:rFonts w:ascii="BebasKai" w:hAnsi="BebasKai" w:cs="BebasKai"/>
          <w:color w:val="00000A"/>
          <w:lang w:val="sk-SK"/>
        </w:rPr>
        <w:t>CAJAMAR</w:t>
      </w:r>
    </w:p>
    <w:p w14:paraId="71A70051" w14:textId="77777777" w:rsidR="00890D2F" w:rsidRDefault="00890D2F" w:rsidP="00890D2F">
      <w:pPr>
        <w:autoSpaceDE w:val="0"/>
        <w:autoSpaceDN w:val="0"/>
        <w:adjustRightInd w:val="0"/>
        <w:spacing w:after="0" w:line="240" w:lineRule="auto"/>
        <w:rPr>
          <w:rFonts w:ascii="BebasKai" w:hAnsi="BebasKai" w:cs="BebasKai"/>
          <w:color w:val="EA7E02"/>
          <w:lang w:val="sk-SK"/>
        </w:rPr>
      </w:pPr>
    </w:p>
    <w:p w14:paraId="1E8052D0" w14:textId="61FC1475" w:rsidR="00B929F9" w:rsidRDefault="00CB4227" w:rsidP="00890D2F">
      <w:pPr>
        <w:spacing w:after="0" w:line="240" w:lineRule="auto"/>
        <w:rPr>
          <w:lang w:val="sk-SK"/>
        </w:rPr>
      </w:pPr>
      <w:r>
        <w:rPr>
          <w:lang w:val="sk-SK"/>
        </w:rPr>
        <w:t xml:space="preserve">NÁZOV </w:t>
      </w:r>
      <w:r w:rsidR="00B929F9">
        <w:rPr>
          <w:lang w:val="sk-SK"/>
        </w:rPr>
        <w:t>VÁŠHO TÍMU: __________________________________________________________________________________________</w:t>
      </w:r>
      <w:r w:rsidR="00890D2F">
        <w:rPr>
          <w:lang w:val="sk-SK"/>
        </w:rPr>
        <w:t>________</w:t>
      </w:r>
    </w:p>
    <w:p w14:paraId="0421248B" w14:textId="77777777" w:rsidR="00C30D6E" w:rsidRDefault="00C30D6E" w:rsidP="00B929F9">
      <w:pPr>
        <w:spacing w:after="0" w:line="240" w:lineRule="auto"/>
        <w:rPr>
          <w:lang w:val="sk-SK"/>
        </w:rPr>
      </w:pPr>
    </w:p>
    <w:p w14:paraId="7A265BED" w14:textId="10D8BC6E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sk-SK"/>
        </w:rPr>
        <w:t>STE U NÁS PRVÝKRÁT ÚČASTNÍKOM (Y=YES=ÁNO, N=NO=NIE)</w:t>
      </w:r>
      <w:r w:rsidR="00C30D6E">
        <w:rPr>
          <w:lang w:val="sk-SK"/>
        </w:rPr>
        <w:t xml:space="preserve">: </w:t>
      </w:r>
      <w:r>
        <w:rPr>
          <w:lang w:val="sk-SK"/>
        </w:rPr>
        <w:t xml:space="preserve"> ______________________________</w:t>
      </w:r>
      <w:r w:rsidR="00890D2F">
        <w:rPr>
          <w:lang w:val="sk-SK"/>
        </w:rPr>
        <w:t>__________________</w:t>
      </w:r>
    </w:p>
    <w:p w14:paraId="73ACD2A4" w14:textId="77777777" w:rsidR="00626FF3" w:rsidRDefault="00626FF3" w:rsidP="00626FF3">
      <w:pPr>
        <w:spacing w:after="0" w:line="240" w:lineRule="auto"/>
        <w:rPr>
          <w:lang w:val="sk-SK"/>
        </w:rPr>
      </w:pPr>
    </w:p>
    <w:p w14:paraId="2D7EB93B" w14:textId="06487A5D" w:rsidR="00626FF3" w:rsidRPr="00B929F9" w:rsidRDefault="00626FF3" w:rsidP="00626FF3">
      <w:pPr>
        <w:spacing w:after="0" w:line="240" w:lineRule="auto"/>
        <w:rPr>
          <w:lang w:val="sk-SK"/>
        </w:rPr>
      </w:pPr>
      <w:r>
        <w:rPr>
          <w:lang w:val="sk-SK"/>
        </w:rPr>
        <w:t>NÁZOV VÁŠHO TÍMU Z</w:t>
      </w:r>
      <w:r w:rsidR="00890D2F">
        <w:rPr>
          <w:lang w:val="sk-SK"/>
        </w:rPr>
        <w:t> </w:t>
      </w:r>
      <w:r>
        <w:rPr>
          <w:lang w:val="sk-SK"/>
        </w:rPr>
        <w:t>MIN</w:t>
      </w:r>
      <w:r w:rsidR="00890D2F">
        <w:rPr>
          <w:lang w:val="sk-SK"/>
        </w:rPr>
        <w:t>.</w:t>
      </w:r>
      <w:r>
        <w:rPr>
          <w:lang w:val="sk-SK"/>
        </w:rPr>
        <w:t xml:space="preserve"> ROKA (AK HO NEVIETE, KOORDINÁTOR HO VYPÍŠE): </w:t>
      </w:r>
      <w:r w:rsidR="00890D2F">
        <w:rPr>
          <w:lang w:val="sk-SK"/>
        </w:rPr>
        <w:t>____________</w:t>
      </w:r>
      <w:r>
        <w:rPr>
          <w:lang w:val="sk-SK"/>
        </w:rPr>
        <w:t>_________________</w:t>
      </w:r>
    </w:p>
    <w:p w14:paraId="52C011FB" w14:textId="77777777" w:rsidR="00626FF3" w:rsidRDefault="00626FF3" w:rsidP="00B929F9">
      <w:pPr>
        <w:spacing w:after="0" w:line="240" w:lineRule="auto"/>
        <w:rPr>
          <w:lang w:val="sk-SK"/>
        </w:rPr>
      </w:pPr>
    </w:p>
    <w:p w14:paraId="27B21EE5" w14:textId="77B752D4" w:rsidR="00284FF6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 xml:space="preserve">TEAM </w:t>
      </w:r>
      <w:r w:rsidR="00626FF3">
        <w:rPr>
          <w:b/>
          <w:bCs/>
          <w:lang w:val="sk-SK"/>
        </w:rPr>
        <w:t xml:space="preserve">.... </w:t>
      </w:r>
    </w:p>
    <w:p w14:paraId="4EF17957" w14:textId="77777777" w:rsidR="00626FF3" w:rsidRPr="00284FF6" w:rsidRDefault="00626FF3" w:rsidP="00B929F9">
      <w:pPr>
        <w:spacing w:after="0" w:line="240" w:lineRule="auto"/>
        <w:rPr>
          <w:b/>
          <w:bCs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89"/>
      </w:tblGrid>
      <w:tr w:rsidR="00284FF6" w14:paraId="3DCEF8EE" w14:textId="77777777" w:rsidTr="00284FF6">
        <w:tc>
          <w:tcPr>
            <w:tcW w:w="1696" w:type="dxa"/>
          </w:tcPr>
          <w:p w14:paraId="680195AA" w14:textId="77777777" w:rsidR="00284FF6" w:rsidRDefault="00284FF6" w:rsidP="00B929F9">
            <w:pPr>
              <w:rPr>
                <w:lang w:val="sk-SK"/>
              </w:rPr>
            </w:pPr>
          </w:p>
        </w:tc>
        <w:tc>
          <w:tcPr>
            <w:tcW w:w="4111" w:type="dxa"/>
          </w:tcPr>
          <w:p w14:paraId="24669E86" w14:textId="215885A6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ČÍSLO KRÚŽKU HOLUBA </w:t>
            </w:r>
          </w:p>
          <w:p w14:paraId="1FD79BB6" w14:textId="7E808B22" w:rsidR="00284FF6" w:rsidRDefault="00284FF6" w:rsidP="00284FF6">
            <w:pPr>
              <w:rPr>
                <w:lang w:val="sk-SK"/>
              </w:rPr>
            </w:pPr>
            <w:r w:rsidRPr="00C30D6E">
              <w:rPr>
                <w:i/>
                <w:iCs/>
                <w:lang w:val="sk-SK"/>
              </w:rPr>
              <w:t>(napr. SK2</w:t>
            </w:r>
            <w:r>
              <w:rPr>
                <w:i/>
                <w:iCs/>
                <w:lang w:val="sk-SK"/>
              </w:rPr>
              <w:t>6</w:t>
            </w:r>
            <w:r w:rsidRPr="00C30D6E">
              <w:rPr>
                <w:i/>
                <w:iCs/>
                <w:lang w:val="sk-SK"/>
              </w:rPr>
              <w:t xml:space="preserve">-0105-1234)                                     </w:t>
            </w:r>
          </w:p>
        </w:tc>
        <w:tc>
          <w:tcPr>
            <w:tcW w:w="4389" w:type="dxa"/>
          </w:tcPr>
          <w:p w14:paraId="10CBD933" w14:textId="09110528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MENO HOLUBA V SÚŤAŽI</w:t>
            </w:r>
          </w:p>
          <w:p w14:paraId="2D7D5FBF" w14:textId="0FDC483C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(napr. RAKETA)</w:t>
            </w:r>
          </w:p>
        </w:tc>
      </w:tr>
      <w:tr w:rsidR="00284FF6" w14:paraId="26B8389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18CFEF75" w14:textId="4A85B95A" w:rsidR="00284FF6" w:rsidRPr="00890D2F" w:rsidRDefault="00284FF6" w:rsidP="00284FF6">
            <w:pPr>
              <w:jc w:val="center"/>
              <w:rPr>
                <w:b/>
                <w:bCs/>
                <w:lang w:val="sk-SK"/>
              </w:rPr>
            </w:pPr>
            <w:r w:rsidRPr="00890D2F">
              <w:rPr>
                <w:b/>
                <w:bCs/>
                <w:lang w:val="sk-SK"/>
              </w:rPr>
              <w:t>AKTÍVNY 1</w:t>
            </w:r>
          </w:p>
        </w:tc>
        <w:tc>
          <w:tcPr>
            <w:tcW w:w="4111" w:type="dxa"/>
            <w:vAlign w:val="center"/>
          </w:tcPr>
          <w:p w14:paraId="7C22295A" w14:textId="6395C5F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5995755" w14:textId="4A70C72C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0D8353DE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460A59F" w14:textId="02E43435" w:rsidR="00284FF6" w:rsidRPr="00890D2F" w:rsidRDefault="00284FF6" w:rsidP="00284FF6">
            <w:pPr>
              <w:jc w:val="center"/>
              <w:rPr>
                <w:b/>
                <w:bCs/>
                <w:lang w:val="sk-SK"/>
              </w:rPr>
            </w:pPr>
            <w:r w:rsidRPr="00890D2F">
              <w:rPr>
                <w:b/>
                <w:bCs/>
                <w:lang w:val="sk-SK"/>
              </w:rPr>
              <w:t>AKTÍVNY 2</w:t>
            </w:r>
          </w:p>
        </w:tc>
        <w:tc>
          <w:tcPr>
            <w:tcW w:w="4111" w:type="dxa"/>
            <w:vAlign w:val="center"/>
          </w:tcPr>
          <w:p w14:paraId="0ABE7C4A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8B2C6D9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042FF58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23527BF" w14:textId="77A3155A" w:rsidR="00284FF6" w:rsidRPr="00890D2F" w:rsidRDefault="00626FF3" w:rsidP="00284FF6">
            <w:pPr>
              <w:jc w:val="center"/>
              <w:rPr>
                <w:b/>
                <w:bCs/>
                <w:lang w:val="sk-SK"/>
              </w:rPr>
            </w:pPr>
            <w:r w:rsidRPr="00890D2F">
              <w:rPr>
                <w:b/>
                <w:bCs/>
                <w:lang w:val="sk-SK"/>
              </w:rPr>
              <w:t xml:space="preserve">AKTÍVNY </w:t>
            </w:r>
            <w:r w:rsidRPr="00890D2F">
              <w:rPr>
                <w:b/>
                <w:bCs/>
                <w:lang w:val="sk-SK"/>
              </w:rPr>
              <w:t>3</w:t>
            </w:r>
          </w:p>
        </w:tc>
        <w:tc>
          <w:tcPr>
            <w:tcW w:w="4111" w:type="dxa"/>
            <w:vAlign w:val="center"/>
          </w:tcPr>
          <w:p w14:paraId="4C42716D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2C062E6E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284FF6" w14:paraId="47D38F8B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3EEBCF8E" w14:textId="5EBEA6ED" w:rsidR="00284FF6" w:rsidRPr="00890D2F" w:rsidRDefault="00626FF3" w:rsidP="00284FF6">
            <w:pPr>
              <w:jc w:val="center"/>
              <w:rPr>
                <w:b/>
                <w:bCs/>
                <w:lang w:val="sk-SK"/>
              </w:rPr>
            </w:pPr>
            <w:r w:rsidRPr="00890D2F">
              <w:rPr>
                <w:b/>
                <w:bCs/>
                <w:lang w:val="sk-SK"/>
              </w:rPr>
              <w:t xml:space="preserve">AKTÍVNY </w:t>
            </w:r>
            <w:r w:rsidRPr="00890D2F">
              <w:rPr>
                <w:b/>
                <w:bCs/>
                <w:lang w:val="sk-SK"/>
              </w:rPr>
              <w:t>4</w:t>
            </w:r>
          </w:p>
        </w:tc>
        <w:tc>
          <w:tcPr>
            <w:tcW w:w="4111" w:type="dxa"/>
            <w:vAlign w:val="center"/>
          </w:tcPr>
          <w:p w14:paraId="7786504D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76C39261" w14:textId="77777777" w:rsidR="00284FF6" w:rsidRDefault="00284FF6" w:rsidP="00284FF6">
            <w:pPr>
              <w:jc w:val="center"/>
              <w:rPr>
                <w:lang w:val="sk-SK"/>
              </w:rPr>
            </w:pPr>
          </w:p>
        </w:tc>
      </w:tr>
      <w:tr w:rsidR="00890D2F" w14:paraId="4903F399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80A4B27" w14:textId="43D86A31" w:rsidR="00890D2F" w:rsidRPr="00890D2F" w:rsidRDefault="00890D2F" w:rsidP="00284FF6">
            <w:pPr>
              <w:jc w:val="center"/>
              <w:rPr>
                <w:b/>
                <w:bCs/>
                <w:lang w:val="sk-SK"/>
              </w:rPr>
            </w:pPr>
            <w:r w:rsidRPr="00890D2F">
              <w:rPr>
                <w:b/>
                <w:bCs/>
                <w:lang w:val="sk-SK"/>
              </w:rPr>
              <w:t xml:space="preserve">AKTÍVNY </w:t>
            </w:r>
            <w:r w:rsidRPr="00890D2F">
              <w:rPr>
                <w:b/>
                <w:bCs/>
                <w:lang w:val="sk-SK"/>
              </w:rPr>
              <w:t>5</w:t>
            </w:r>
          </w:p>
        </w:tc>
        <w:tc>
          <w:tcPr>
            <w:tcW w:w="4111" w:type="dxa"/>
            <w:vAlign w:val="center"/>
          </w:tcPr>
          <w:p w14:paraId="0DF1CD45" w14:textId="77777777" w:rsidR="00890D2F" w:rsidRDefault="00890D2F" w:rsidP="00284FF6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105C8917" w14:textId="77777777" w:rsidR="00890D2F" w:rsidRDefault="00890D2F" w:rsidP="00284FF6">
            <w:pPr>
              <w:jc w:val="center"/>
              <w:rPr>
                <w:lang w:val="sk-SK"/>
              </w:rPr>
            </w:pPr>
          </w:p>
        </w:tc>
      </w:tr>
      <w:tr w:rsidR="00626FF3" w14:paraId="697B490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7FCAC26E" w14:textId="129E55AC" w:rsidR="00626FF3" w:rsidRPr="00890D2F" w:rsidRDefault="00890D2F" w:rsidP="00626FF3">
            <w:pPr>
              <w:jc w:val="center"/>
              <w:rPr>
                <w:b/>
                <w:bCs/>
                <w:lang w:val="sk-SK"/>
              </w:rPr>
            </w:pPr>
            <w:r w:rsidRPr="00890D2F">
              <w:rPr>
                <w:b/>
                <w:bCs/>
                <w:lang w:val="sk-SK"/>
              </w:rPr>
              <w:t xml:space="preserve">AKTÍVNY </w:t>
            </w:r>
            <w:r w:rsidRPr="00890D2F">
              <w:rPr>
                <w:b/>
                <w:bCs/>
                <w:lang w:val="sk-SK"/>
              </w:rPr>
              <w:t>6</w:t>
            </w:r>
          </w:p>
        </w:tc>
        <w:tc>
          <w:tcPr>
            <w:tcW w:w="4111" w:type="dxa"/>
            <w:vAlign w:val="center"/>
          </w:tcPr>
          <w:p w14:paraId="2091F557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1A7DDC5B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</w:tr>
      <w:tr w:rsidR="00626FF3" w14:paraId="46893BE1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63B11BAD" w14:textId="233E1BC5" w:rsidR="00626FF3" w:rsidRPr="00890D2F" w:rsidRDefault="00890D2F" w:rsidP="00626FF3">
            <w:pPr>
              <w:jc w:val="center"/>
              <w:rPr>
                <w:b/>
                <w:bCs/>
                <w:lang w:val="sk-SK"/>
              </w:rPr>
            </w:pPr>
            <w:r w:rsidRPr="00890D2F">
              <w:rPr>
                <w:b/>
                <w:bCs/>
                <w:lang w:val="sk-SK"/>
              </w:rPr>
              <w:t xml:space="preserve">AKTÍVNY </w:t>
            </w:r>
            <w:r w:rsidRPr="00890D2F">
              <w:rPr>
                <w:b/>
                <w:bCs/>
                <w:lang w:val="sk-SK"/>
              </w:rPr>
              <w:t>7</w:t>
            </w:r>
          </w:p>
        </w:tc>
        <w:tc>
          <w:tcPr>
            <w:tcW w:w="4111" w:type="dxa"/>
            <w:vAlign w:val="center"/>
          </w:tcPr>
          <w:p w14:paraId="1C7FA0C7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6747BF78" w14:textId="77777777" w:rsidR="00626FF3" w:rsidRDefault="00626FF3" w:rsidP="00626FF3">
            <w:pPr>
              <w:jc w:val="center"/>
              <w:rPr>
                <w:lang w:val="sk-SK"/>
              </w:rPr>
            </w:pPr>
          </w:p>
        </w:tc>
      </w:tr>
      <w:tr w:rsidR="00890D2F" w14:paraId="45B4FE28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403F0BA" w14:textId="6BA4C403" w:rsidR="00890D2F" w:rsidRPr="00890D2F" w:rsidRDefault="00A509BA" w:rsidP="00890D2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ZDARMA</w:t>
            </w:r>
            <w:r w:rsidR="00890D2F" w:rsidRPr="00890D2F">
              <w:rPr>
                <w:i/>
                <w:iCs/>
                <w:lang w:val="sk-SK"/>
              </w:rPr>
              <w:t xml:space="preserve"> 1</w:t>
            </w:r>
          </w:p>
        </w:tc>
        <w:tc>
          <w:tcPr>
            <w:tcW w:w="4111" w:type="dxa"/>
            <w:vAlign w:val="center"/>
          </w:tcPr>
          <w:p w14:paraId="2636C692" w14:textId="77777777" w:rsidR="00890D2F" w:rsidRDefault="00890D2F" w:rsidP="00890D2F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1E6C8EF5" w14:textId="77777777" w:rsidR="00890D2F" w:rsidRDefault="00890D2F" w:rsidP="00890D2F">
            <w:pPr>
              <w:jc w:val="center"/>
              <w:rPr>
                <w:lang w:val="sk-SK"/>
              </w:rPr>
            </w:pPr>
          </w:p>
        </w:tc>
      </w:tr>
      <w:tr w:rsidR="00890D2F" w14:paraId="626433E1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14A527C5" w14:textId="5A92C78E" w:rsidR="00890D2F" w:rsidRPr="00890D2F" w:rsidRDefault="00A509BA" w:rsidP="00890D2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ZDARMA</w:t>
            </w:r>
            <w:r w:rsidR="00890D2F" w:rsidRPr="00890D2F">
              <w:rPr>
                <w:i/>
                <w:iCs/>
                <w:lang w:val="sk-SK"/>
              </w:rPr>
              <w:t xml:space="preserve"> 2</w:t>
            </w:r>
          </w:p>
        </w:tc>
        <w:tc>
          <w:tcPr>
            <w:tcW w:w="4111" w:type="dxa"/>
            <w:vAlign w:val="center"/>
          </w:tcPr>
          <w:p w14:paraId="1EF35C40" w14:textId="77777777" w:rsidR="00890D2F" w:rsidRDefault="00890D2F" w:rsidP="00890D2F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7926D91D" w14:textId="77777777" w:rsidR="00890D2F" w:rsidRDefault="00890D2F" w:rsidP="00890D2F">
            <w:pPr>
              <w:jc w:val="center"/>
              <w:rPr>
                <w:lang w:val="sk-SK"/>
              </w:rPr>
            </w:pPr>
          </w:p>
        </w:tc>
      </w:tr>
      <w:tr w:rsidR="00890D2F" w14:paraId="7FDF64C1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3375FD76" w14:textId="76E30A97" w:rsidR="00890D2F" w:rsidRPr="00890D2F" w:rsidRDefault="00A509BA" w:rsidP="00890D2F">
            <w:pPr>
              <w:jc w:val="center"/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ZDARMA</w:t>
            </w:r>
            <w:r w:rsidR="00890D2F" w:rsidRPr="00890D2F">
              <w:rPr>
                <w:i/>
                <w:iCs/>
                <w:lang w:val="sk-SK"/>
              </w:rPr>
              <w:t xml:space="preserve"> 3</w:t>
            </w:r>
          </w:p>
        </w:tc>
        <w:tc>
          <w:tcPr>
            <w:tcW w:w="4111" w:type="dxa"/>
            <w:vAlign w:val="center"/>
          </w:tcPr>
          <w:p w14:paraId="50895EAC" w14:textId="77777777" w:rsidR="00890D2F" w:rsidRDefault="00890D2F" w:rsidP="00890D2F">
            <w:pPr>
              <w:jc w:val="center"/>
              <w:rPr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101DF46" w14:textId="77777777" w:rsidR="00890D2F" w:rsidRDefault="00890D2F" w:rsidP="00890D2F">
            <w:pPr>
              <w:jc w:val="center"/>
              <w:rPr>
                <w:lang w:val="sk-SK"/>
              </w:rPr>
            </w:pPr>
          </w:p>
        </w:tc>
      </w:tr>
    </w:tbl>
    <w:p w14:paraId="2A8F282D" w14:textId="77777777" w:rsidR="00626FF3" w:rsidRDefault="00626FF3" w:rsidP="00284FF6">
      <w:pPr>
        <w:spacing w:after="0" w:line="240" w:lineRule="auto"/>
        <w:rPr>
          <w:lang w:val="sk-SK"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2263"/>
        <w:gridCol w:w="3969"/>
        <w:gridCol w:w="3969"/>
      </w:tblGrid>
      <w:tr w:rsidR="00284FF6" w14:paraId="35E1C6B5" w14:textId="77777777" w:rsidTr="00284FF6">
        <w:tc>
          <w:tcPr>
            <w:tcW w:w="2263" w:type="dxa"/>
            <w:vAlign w:val="center"/>
          </w:tcPr>
          <w:p w14:paraId="3BBDC144" w14:textId="77777777" w:rsid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MENO MAJITEĽA </w:t>
            </w:r>
          </w:p>
          <w:p w14:paraId="27FA1108" w14:textId="18D4EE11" w:rsidR="00284FF6" w:rsidRP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TÍMU:</w:t>
            </w:r>
            <w:r w:rsidRPr="00B929F9">
              <w:rPr>
                <w:noProof/>
              </w:rPr>
              <w:t xml:space="preserve"> </w:t>
            </w:r>
          </w:p>
        </w:tc>
        <w:tc>
          <w:tcPr>
            <w:tcW w:w="7938" w:type="dxa"/>
            <w:gridSpan w:val="2"/>
          </w:tcPr>
          <w:p w14:paraId="3F6C395F" w14:textId="77777777" w:rsidR="00284FF6" w:rsidRDefault="00284FF6" w:rsidP="00284FF6">
            <w:pPr>
              <w:rPr>
                <w:lang w:val="sk-SK"/>
              </w:rPr>
            </w:pPr>
          </w:p>
        </w:tc>
      </w:tr>
      <w:tr w:rsidR="00284FF6" w14:paraId="512717C9" w14:textId="77777777" w:rsidTr="00284FF6">
        <w:tc>
          <w:tcPr>
            <w:tcW w:w="2263" w:type="dxa"/>
            <w:vAlign w:val="center"/>
          </w:tcPr>
          <w:p w14:paraId="3190D563" w14:textId="4700132E" w:rsidR="00284FF6" w:rsidRDefault="00284FF6" w:rsidP="00284FF6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>ADRESA:</w:t>
            </w:r>
          </w:p>
        </w:tc>
        <w:tc>
          <w:tcPr>
            <w:tcW w:w="7938" w:type="dxa"/>
            <w:gridSpan w:val="2"/>
            <w:vAlign w:val="center"/>
          </w:tcPr>
          <w:p w14:paraId="52B46FA4" w14:textId="77777777" w:rsidR="00284FF6" w:rsidRDefault="00284FF6" w:rsidP="00284FF6">
            <w:pPr>
              <w:rPr>
                <w:lang w:val="sk-SK"/>
              </w:rPr>
            </w:pPr>
          </w:p>
          <w:p w14:paraId="1C570352" w14:textId="20C8CEDB" w:rsidR="00626FF3" w:rsidRDefault="00626FF3" w:rsidP="00284FF6">
            <w:pPr>
              <w:rPr>
                <w:lang w:val="sk-SK"/>
              </w:rPr>
            </w:pPr>
          </w:p>
        </w:tc>
      </w:tr>
      <w:tr w:rsidR="00890D2F" w14:paraId="72D47A75" w14:textId="77777777" w:rsidTr="003B7F83">
        <w:tc>
          <w:tcPr>
            <w:tcW w:w="2263" w:type="dxa"/>
            <w:vAlign w:val="center"/>
          </w:tcPr>
          <w:p w14:paraId="63C8604B" w14:textId="68EC97E9" w:rsidR="00890D2F" w:rsidRDefault="00890D2F" w:rsidP="00284FF6">
            <w:pPr>
              <w:rPr>
                <w:lang w:val="sk-SK"/>
              </w:rPr>
            </w:pPr>
            <w:r>
              <w:rPr>
                <w:lang w:val="sk-SK"/>
              </w:rPr>
              <w:t>ŠTÁT:</w:t>
            </w:r>
          </w:p>
        </w:tc>
        <w:tc>
          <w:tcPr>
            <w:tcW w:w="3969" w:type="dxa"/>
            <w:vAlign w:val="center"/>
          </w:tcPr>
          <w:p w14:paraId="137C87D7" w14:textId="77777777" w:rsidR="00890D2F" w:rsidRDefault="00890D2F" w:rsidP="00284FF6">
            <w:pPr>
              <w:rPr>
                <w:lang w:val="sk-SK"/>
              </w:rPr>
            </w:pPr>
          </w:p>
        </w:tc>
        <w:tc>
          <w:tcPr>
            <w:tcW w:w="3969" w:type="dxa"/>
            <w:vAlign w:val="center"/>
          </w:tcPr>
          <w:p w14:paraId="19231B21" w14:textId="187ED408" w:rsidR="00890D2F" w:rsidRDefault="00890D2F" w:rsidP="00284FF6">
            <w:pPr>
              <w:rPr>
                <w:lang w:val="sk-SK"/>
              </w:rPr>
            </w:pPr>
            <w:r>
              <w:rPr>
                <w:lang w:val="sk-SK"/>
              </w:rPr>
              <w:t>MENO KOORDINÁTORA:</w:t>
            </w:r>
            <w:r>
              <w:rPr>
                <w:lang w:val="sk-SK"/>
              </w:rPr>
              <w:t xml:space="preserve"> </w:t>
            </w:r>
            <w:r>
              <w:rPr>
                <w:lang w:val="sk-SK"/>
              </w:rPr>
              <w:t>Krajčík Daniel</w:t>
            </w:r>
          </w:p>
        </w:tc>
      </w:tr>
      <w:tr w:rsidR="00284FF6" w14:paraId="294449E4" w14:textId="77777777" w:rsidTr="00284FF6">
        <w:tc>
          <w:tcPr>
            <w:tcW w:w="2263" w:type="dxa"/>
            <w:vAlign w:val="center"/>
          </w:tcPr>
          <w:p w14:paraId="5C6AC08E" w14:textId="578CBB6E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ČÍSLO TELEFÓNU:</w:t>
            </w:r>
          </w:p>
        </w:tc>
        <w:tc>
          <w:tcPr>
            <w:tcW w:w="7938" w:type="dxa"/>
            <w:gridSpan w:val="2"/>
            <w:vAlign w:val="center"/>
          </w:tcPr>
          <w:p w14:paraId="129A9A99" w14:textId="77777777" w:rsidR="00284FF6" w:rsidRDefault="00284FF6" w:rsidP="00284FF6">
            <w:pPr>
              <w:rPr>
                <w:lang w:val="sk-SK"/>
              </w:rPr>
            </w:pPr>
          </w:p>
          <w:p w14:paraId="0669F0B7" w14:textId="5A373289" w:rsidR="00626FF3" w:rsidRDefault="00626FF3" w:rsidP="00284FF6">
            <w:pPr>
              <w:rPr>
                <w:lang w:val="sk-SK"/>
              </w:rPr>
            </w:pPr>
          </w:p>
        </w:tc>
      </w:tr>
      <w:tr w:rsidR="00284FF6" w14:paraId="5AC3D2F6" w14:textId="77777777" w:rsidTr="00284FF6">
        <w:tc>
          <w:tcPr>
            <w:tcW w:w="2263" w:type="dxa"/>
            <w:vAlign w:val="center"/>
          </w:tcPr>
          <w:p w14:paraId="3BD36627" w14:textId="4CFF597B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E-MAIL: </w:t>
            </w:r>
          </w:p>
        </w:tc>
        <w:tc>
          <w:tcPr>
            <w:tcW w:w="7938" w:type="dxa"/>
            <w:gridSpan w:val="2"/>
            <w:vAlign w:val="center"/>
          </w:tcPr>
          <w:p w14:paraId="66A5107D" w14:textId="77777777" w:rsidR="00284FF6" w:rsidRDefault="00284FF6" w:rsidP="00284FF6">
            <w:pPr>
              <w:rPr>
                <w:lang w:val="sk-SK"/>
              </w:rPr>
            </w:pPr>
          </w:p>
          <w:p w14:paraId="3802B418" w14:textId="5029977A" w:rsidR="00626FF3" w:rsidRDefault="00626FF3" w:rsidP="00284FF6">
            <w:pPr>
              <w:rPr>
                <w:lang w:val="sk-SK"/>
              </w:rPr>
            </w:pPr>
          </w:p>
        </w:tc>
      </w:tr>
    </w:tbl>
    <w:p w14:paraId="2BCAAFCD" w14:textId="18793E80" w:rsidR="00B929F9" w:rsidRPr="00C30D6E" w:rsidRDefault="00B929F9" w:rsidP="00B929F9">
      <w:pPr>
        <w:spacing w:after="0" w:line="240" w:lineRule="auto"/>
        <w:rPr>
          <w:b/>
          <w:bCs/>
          <w:lang w:val="sk-SK"/>
        </w:rPr>
      </w:pPr>
      <w:r w:rsidRPr="00C30D6E">
        <w:rPr>
          <w:b/>
          <w:bCs/>
          <w:lang w:val="sk-SK"/>
        </w:rPr>
        <w:t>PLATBA (</w:t>
      </w:r>
      <w:r w:rsidR="00890D2F">
        <w:rPr>
          <w:b/>
          <w:bCs/>
          <w:lang w:val="sk-SK"/>
        </w:rPr>
        <w:t>1000</w:t>
      </w:r>
      <w:r w:rsidRPr="00C30D6E">
        <w:rPr>
          <w:b/>
          <w:bCs/>
          <w:lang w:val="sk-SK"/>
        </w:rPr>
        <w:t xml:space="preserve"> EUR)</w:t>
      </w:r>
      <w:r w:rsidR="00260EF4">
        <w:rPr>
          <w:b/>
          <w:bCs/>
          <w:lang w:val="sk-SK"/>
        </w:rPr>
        <w:t>:</w:t>
      </w:r>
      <w:r w:rsidRPr="00C30D6E">
        <w:rPr>
          <w:b/>
          <w:bCs/>
          <w:lang w:val="sk-SK"/>
        </w:rPr>
        <w:t xml:space="preserve">                                                                  TU NAPÍŠTE KOĽKO STE ZAPLATILI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9"/>
        <w:gridCol w:w="5472"/>
      </w:tblGrid>
      <w:tr w:rsidR="00B929F9" w14:paraId="70BAC914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0A333" w14:textId="4C1F1033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AGENTOVI NA ÚČET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00E1C7CE" w14:textId="24E209B7" w:rsidR="00626FF3" w:rsidRDefault="00626FF3" w:rsidP="00B929F9">
            <w:pPr>
              <w:rPr>
                <w:lang w:val="sk-SK"/>
              </w:rPr>
            </w:pPr>
          </w:p>
        </w:tc>
      </w:tr>
      <w:tr w:rsidR="00B929F9" w14:paraId="36E82380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0FAA7" w14:textId="38CEA8B8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HOTOVOSŤ AGENTOVI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2E5CBDBF" w14:textId="7FF1DDD2" w:rsidR="00626FF3" w:rsidRDefault="00626FF3" w:rsidP="00B929F9">
            <w:pPr>
              <w:rPr>
                <w:lang w:val="sk-SK"/>
              </w:rPr>
            </w:pPr>
          </w:p>
        </w:tc>
      </w:tr>
      <w:tr w:rsidR="00B929F9" w14:paraId="255C6D7C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6DFBD" w14:textId="586AC2FB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BANK</w:t>
            </w:r>
            <w:r w:rsidR="00260EF4">
              <w:rPr>
                <w:lang w:val="sk-SK"/>
              </w:rPr>
              <w:t>.</w:t>
            </w:r>
            <w:r>
              <w:rPr>
                <w:lang w:val="sk-SK"/>
              </w:rPr>
              <w:t xml:space="preserve"> PREVOD </w:t>
            </w:r>
            <w:r w:rsidR="00260EF4">
              <w:rPr>
                <w:lang w:val="sk-SK"/>
              </w:rPr>
              <w:t>NA ÚČET</w:t>
            </w:r>
            <w:r>
              <w:rPr>
                <w:lang w:val="sk-SK"/>
              </w:rPr>
              <w:t xml:space="preserve"> </w:t>
            </w:r>
            <w:r w:rsidR="00890D2F">
              <w:rPr>
                <w:lang w:val="sk-SK"/>
              </w:rPr>
              <w:t>COSTA DEL SOL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6CF24560" w14:textId="7AE4DF00" w:rsidR="00626FF3" w:rsidRDefault="00626FF3" w:rsidP="00B929F9">
            <w:pPr>
              <w:rPr>
                <w:lang w:val="sk-SK"/>
              </w:rPr>
            </w:pPr>
          </w:p>
        </w:tc>
      </w:tr>
    </w:tbl>
    <w:p w14:paraId="5030C0BC" w14:textId="0DED6B1C" w:rsidR="00260EF4" w:rsidRDefault="00260EF4" w:rsidP="00C30D6E">
      <w:pPr>
        <w:spacing w:after="0" w:line="240" w:lineRule="auto"/>
        <w:rPr>
          <w:lang w:val="sk-SK"/>
        </w:rPr>
      </w:pPr>
    </w:p>
    <w:p w14:paraId="4FC6A3F3" w14:textId="4CF11659" w:rsidR="00C30D6E" w:rsidRDefault="00B929F9" w:rsidP="00C30D6E">
      <w:pPr>
        <w:spacing w:after="0" w:line="240" w:lineRule="auto"/>
      </w:pPr>
      <w:r>
        <w:rPr>
          <w:lang w:val="sk-SK"/>
        </w:rPr>
        <w:t xml:space="preserve">Svojím podpisom potvrdzujem, že som si prečítal pravidlá a podmienky súťaže pre sezónu 2026, ktoré sú dostupné na stránke </w:t>
      </w:r>
      <w:hyperlink r:id="rId7" w:history="1">
        <w:r w:rsidR="00890D2F" w:rsidRPr="00CC4F6E">
          <w:rPr>
            <w:rStyle w:val="Hypertextovprepojenie"/>
          </w:rPr>
          <w:t>https://derbycostadelsol.com/info-general/</w:t>
        </w:r>
      </w:hyperlink>
      <w:r w:rsidR="00890D2F">
        <w:t xml:space="preserve"> </w:t>
      </w:r>
      <w:r w:rsidR="00626FF3">
        <w:t xml:space="preserve"> </w:t>
      </w:r>
      <w:r>
        <w:rPr>
          <w:lang w:val="sk-SK"/>
        </w:rPr>
        <w:t xml:space="preserve"> a akceptujem ich: </w:t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  <w:t>_____________________________________</w:t>
      </w:r>
    </w:p>
    <w:p w14:paraId="1DC49F7F" w14:textId="508BF5DA" w:rsidR="00EC51B7" w:rsidRDefault="00C30D6E" w:rsidP="00B929F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Váš podpis</w:t>
      </w:r>
    </w:p>
    <w:p w14:paraId="27007387" w14:textId="0DD44EDC" w:rsidR="00260EF4" w:rsidRPr="00626FF3" w:rsidRDefault="00260EF4" w:rsidP="00626FF3"/>
    <w:sectPr w:rsidR="00260EF4" w:rsidRPr="00626FF3" w:rsidSect="00260EF4">
      <w:pgSz w:w="11906" w:h="16838"/>
      <w:pgMar w:top="567" w:right="850" w:bottom="426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BebasKai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EF4"/>
    <w:rsid w:val="00284FF6"/>
    <w:rsid w:val="0029639D"/>
    <w:rsid w:val="00326F90"/>
    <w:rsid w:val="00626FF3"/>
    <w:rsid w:val="00890D2F"/>
    <w:rsid w:val="00A509BA"/>
    <w:rsid w:val="00AA1D8D"/>
    <w:rsid w:val="00B47730"/>
    <w:rsid w:val="00B929F9"/>
    <w:rsid w:val="00C30D6E"/>
    <w:rsid w:val="00CB0664"/>
    <w:rsid w:val="00CB4227"/>
    <w:rsid w:val="00EC51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FDF7B"/>
  <w14:defaultImageDpi w14:val="300"/>
  <w15:docId w15:val="{0CE6D464-D46C-46D0-B6B4-B0E57EBC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B929F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2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erbycostadelsol.com/info-gener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Krajčík | OF EU v Bratislave</cp:lastModifiedBy>
  <cp:revision>3</cp:revision>
  <dcterms:created xsi:type="dcterms:W3CDTF">2026-04-13T20:28:00Z</dcterms:created>
  <dcterms:modified xsi:type="dcterms:W3CDTF">2026-04-13T20:42:00Z</dcterms:modified>
  <cp:category/>
</cp:coreProperties>
</file>