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57F34" w14:textId="11414878" w:rsidR="00B929F9" w:rsidRDefault="00626FF3" w:rsidP="00B929F9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2AC91EA" wp14:editId="5F3E1FFA">
            <wp:simplePos x="0" y="0"/>
            <wp:positionH relativeFrom="column">
              <wp:posOffset>5015230</wp:posOffset>
            </wp:positionH>
            <wp:positionV relativeFrom="paragraph">
              <wp:posOffset>-32385</wp:posOffset>
            </wp:positionV>
            <wp:extent cx="1272540" cy="854112"/>
            <wp:effectExtent l="0" t="0" r="3810" b="3175"/>
            <wp:wrapNone/>
            <wp:docPr id="2" name="Obrázok 2" descr="Algarve Great Der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garve Great Derby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4" b="2830"/>
                    <a:stretch/>
                  </pic:blipFill>
                  <pic:spPr bwMode="auto">
                    <a:xfrm>
                      <a:off x="0" y="0"/>
                      <a:ext cx="1272540" cy="85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B9DF2" w14:textId="45857C0F" w:rsidR="00B929F9" w:rsidRPr="00B929F9" w:rsidRDefault="00B929F9" w:rsidP="00B929F9">
      <w:pPr>
        <w:spacing w:after="0" w:line="240" w:lineRule="auto"/>
        <w:rPr>
          <w:b/>
          <w:bCs/>
          <w:lang w:val="sk-SK"/>
        </w:rPr>
      </w:pPr>
      <w:r w:rsidRPr="00B929F9">
        <w:rPr>
          <w:b/>
          <w:bCs/>
        </w:rPr>
        <w:t>2026</w:t>
      </w:r>
      <w:r w:rsidR="00A032E6">
        <w:rPr>
          <w:b/>
          <w:bCs/>
        </w:rPr>
        <w:t xml:space="preserve">/2027 – </w:t>
      </w:r>
      <w:proofErr w:type="spellStart"/>
      <w:r w:rsidR="00A032E6">
        <w:rPr>
          <w:b/>
          <w:bCs/>
        </w:rPr>
        <w:t>zimná</w:t>
      </w:r>
      <w:proofErr w:type="spellEnd"/>
      <w:r w:rsidR="00A032E6">
        <w:rPr>
          <w:b/>
          <w:bCs/>
        </w:rPr>
        <w:t xml:space="preserve"> </w:t>
      </w:r>
      <w:proofErr w:type="spellStart"/>
      <w:r w:rsidR="00A032E6">
        <w:rPr>
          <w:b/>
          <w:bCs/>
        </w:rPr>
        <w:t>edícia</w:t>
      </w:r>
      <w:proofErr w:type="spellEnd"/>
      <w:r w:rsidR="00A032E6">
        <w:rPr>
          <w:b/>
          <w:bCs/>
        </w:rPr>
        <w:t xml:space="preserve"> (winter edition)</w:t>
      </w:r>
      <w:r w:rsidRPr="00B929F9">
        <w:rPr>
          <w:b/>
          <w:bCs/>
        </w:rPr>
        <w:t xml:space="preserve"> – PRIHL</w:t>
      </w:r>
      <w:r w:rsidRPr="00B929F9">
        <w:rPr>
          <w:b/>
          <w:bCs/>
          <w:lang w:val="sk-SK"/>
        </w:rPr>
        <w:t>ÁŠKA</w:t>
      </w:r>
    </w:p>
    <w:p w14:paraId="6E8FECE8" w14:textId="77777777" w:rsidR="00626FF3" w:rsidRDefault="00626FF3" w:rsidP="00B929F9">
      <w:pPr>
        <w:spacing w:after="0" w:line="240" w:lineRule="auto"/>
      </w:pPr>
      <w:proofErr w:type="spellStart"/>
      <w:r>
        <w:rPr>
          <w:rStyle w:val="Vrazn"/>
        </w:rPr>
        <w:t>Bankov</w:t>
      </w:r>
      <w:proofErr w:type="spellEnd"/>
      <w:r>
        <w:rPr>
          <w:rStyle w:val="Vrazn"/>
          <w:lang w:val="sk-SK"/>
        </w:rPr>
        <w:t>é údaje:</w:t>
      </w:r>
      <w:r>
        <w:rPr>
          <w:rStyle w:val="Vrazn"/>
        </w:rPr>
        <w:t xml:space="preserve"> </w:t>
      </w:r>
      <w:r>
        <w:t xml:space="preserve">IPR Europe, </w:t>
      </w:r>
      <w:proofErr w:type="spellStart"/>
      <w:r>
        <w:t>Unipessoal</w:t>
      </w:r>
      <w:proofErr w:type="spellEnd"/>
      <w:r>
        <w:t xml:space="preserve"> LDA. </w:t>
      </w:r>
    </w:p>
    <w:p w14:paraId="54705DB3" w14:textId="77777777" w:rsidR="00626FF3" w:rsidRDefault="00626FF3" w:rsidP="00B929F9">
      <w:pPr>
        <w:spacing w:after="0" w:line="240" w:lineRule="auto"/>
      </w:pPr>
      <w:r>
        <w:rPr>
          <w:rStyle w:val="Vrazn"/>
        </w:rPr>
        <w:t>IBAN: LT25 3250 0741 0543 5618</w:t>
      </w:r>
      <w:r>
        <w:t xml:space="preserve"> </w:t>
      </w:r>
    </w:p>
    <w:p w14:paraId="06633879" w14:textId="6B70761E" w:rsidR="00B929F9" w:rsidRPr="00B929F9" w:rsidRDefault="00626FF3" w:rsidP="00B929F9">
      <w:pPr>
        <w:spacing w:after="0" w:line="240" w:lineRule="auto"/>
        <w:rPr>
          <w:b/>
          <w:bCs/>
          <w:lang w:val="sk-SK"/>
        </w:rPr>
      </w:pPr>
      <w:r>
        <w:rPr>
          <w:rStyle w:val="Vrazn"/>
        </w:rPr>
        <w:t xml:space="preserve">BIC: </w:t>
      </w:r>
      <w:r>
        <w:t>REVOLT21</w:t>
      </w:r>
    </w:p>
    <w:p w14:paraId="45FB765F" w14:textId="5AF906A2" w:rsidR="00B929F9" w:rsidRDefault="00B929F9" w:rsidP="00B929F9">
      <w:pPr>
        <w:spacing w:after="0" w:line="240" w:lineRule="auto"/>
        <w:rPr>
          <w:lang w:val="en-GB"/>
        </w:rPr>
      </w:pPr>
    </w:p>
    <w:p w14:paraId="1E8052D0" w14:textId="2CF51734" w:rsidR="00B929F9" w:rsidRPr="00E675ED" w:rsidRDefault="00B929F9" w:rsidP="00B929F9">
      <w:pPr>
        <w:spacing w:after="0" w:line="240" w:lineRule="auto"/>
        <w:rPr>
          <w:lang w:val="en-GB"/>
        </w:rPr>
      </w:pPr>
      <w:r>
        <w:rPr>
          <w:lang w:val="en-GB"/>
        </w:rPr>
        <w:t>N</w:t>
      </w:r>
      <w:r>
        <w:rPr>
          <w:lang w:val="sk-SK"/>
        </w:rPr>
        <w:t>ÁZOV VÁŠHO TÍMU</w:t>
      </w:r>
      <w:r w:rsidR="00E675ED">
        <w:rPr>
          <w:lang w:val="sk-SK"/>
        </w:rPr>
        <w:t xml:space="preserve">: </w:t>
      </w:r>
    </w:p>
    <w:p w14:paraId="0421248B" w14:textId="77777777" w:rsidR="00C30D6E" w:rsidRDefault="00C30D6E" w:rsidP="00B929F9">
      <w:pPr>
        <w:spacing w:after="0" w:line="240" w:lineRule="auto"/>
        <w:rPr>
          <w:lang w:val="sk-SK"/>
        </w:rPr>
      </w:pPr>
    </w:p>
    <w:p w14:paraId="7A265BED" w14:textId="5187F1DE" w:rsidR="00B929F9" w:rsidRDefault="00B929F9" w:rsidP="00B929F9">
      <w:pPr>
        <w:spacing w:after="0" w:line="240" w:lineRule="auto"/>
        <w:rPr>
          <w:lang w:val="sk-SK"/>
        </w:rPr>
      </w:pPr>
      <w:r>
        <w:rPr>
          <w:lang w:val="sk-SK"/>
        </w:rPr>
        <w:t>STE U NÁS PRVÝKRÁT ÚČASTNÍKOM (Y=YES=ÁNO, N=NO=NIE)</w:t>
      </w:r>
      <w:r w:rsidR="00C30D6E">
        <w:rPr>
          <w:lang w:val="sk-SK"/>
        </w:rPr>
        <w:t xml:space="preserve">: </w:t>
      </w:r>
      <w:r>
        <w:rPr>
          <w:lang w:val="sk-SK"/>
        </w:rPr>
        <w:t xml:space="preserve"> </w:t>
      </w:r>
    </w:p>
    <w:p w14:paraId="73ACD2A4" w14:textId="77777777" w:rsidR="00626FF3" w:rsidRDefault="00626FF3" w:rsidP="00626FF3">
      <w:pPr>
        <w:spacing w:after="0" w:line="240" w:lineRule="auto"/>
        <w:rPr>
          <w:lang w:val="sk-SK"/>
        </w:rPr>
      </w:pPr>
    </w:p>
    <w:p w14:paraId="2D7EB93B" w14:textId="6756B287" w:rsidR="00626FF3" w:rsidRPr="00B929F9" w:rsidRDefault="00626FF3" w:rsidP="00626FF3">
      <w:pPr>
        <w:spacing w:after="0" w:line="240" w:lineRule="auto"/>
        <w:rPr>
          <w:lang w:val="sk-SK"/>
        </w:rPr>
      </w:pPr>
      <w:r>
        <w:rPr>
          <w:lang w:val="sk-SK"/>
        </w:rPr>
        <w:t xml:space="preserve">NÁZOV VÁŠHO TÍMU Z MINULÉHO ROKA (AK HO NEVIETE, KOORDINÁTOR HO VYPÍŠE): </w:t>
      </w:r>
    </w:p>
    <w:p w14:paraId="52C011FB" w14:textId="77777777" w:rsidR="00626FF3" w:rsidRDefault="00626FF3" w:rsidP="00B929F9">
      <w:pPr>
        <w:spacing w:after="0" w:line="240" w:lineRule="auto"/>
        <w:rPr>
          <w:lang w:val="sk-SK"/>
        </w:rPr>
      </w:pPr>
    </w:p>
    <w:p w14:paraId="27B21EE5" w14:textId="73883DE4" w:rsidR="00284FF6" w:rsidRDefault="00B929F9" w:rsidP="00B929F9">
      <w:pPr>
        <w:spacing w:after="0" w:line="240" w:lineRule="auto"/>
        <w:rPr>
          <w:b/>
          <w:bCs/>
          <w:lang w:val="sk-SK"/>
        </w:rPr>
      </w:pPr>
      <w:r w:rsidRPr="00B929F9">
        <w:rPr>
          <w:b/>
          <w:bCs/>
          <w:lang w:val="sk-SK"/>
        </w:rPr>
        <w:t xml:space="preserve">TEAM </w:t>
      </w:r>
      <w:r w:rsidR="00E675ED">
        <w:rPr>
          <w:b/>
          <w:bCs/>
          <w:lang w:val="sk-SK"/>
        </w:rPr>
        <w:t>1</w:t>
      </w:r>
    </w:p>
    <w:p w14:paraId="4EF17957" w14:textId="77777777" w:rsidR="00626FF3" w:rsidRPr="00284FF6" w:rsidRDefault="00626FF3" w:rsidP="00B929F9">
      <w:pPr>
        <w:spacing w:after="0" w:line="240" w:lineRule="auto"/>
        <w:rPr>
          <w:b/>
          <w:bCs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4111"/>
        <w:gridCol w:w="4389"/>
      </w:tblGrid>
      <w:tr w:rsidR="00284FF6" w14:paraId="3DCEF8EE" w14:textId="77777777" w:rsidTr="00284FF6">
        <w:tc>
          <w:tcPr>
            <w:tcW w:w="1696" w:type="dxa"/>
          </w:tcPr>
          <w:p w14:paraId="680195AA" w14:textId="77777777" w:rsidR="00284FF6" w:rsidRDefault="00284FF6" w:rsidP="00B929F9">
            <w:pPr>
              <w:rPr>
                <w:lang w:val="sk-SK"/>
              </w:rPr>
            </w:pPr>
          </w:p>
        </w:tc>
        <w:tc>
          <w:tcPr>
            <w:tcW w:w="4111" w:type="dxa"/>
          </w:tcPr>
          <w:p w14:paraId="24669E86" w14:textId="215885A6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 xml:space="preserve">ČÍSLO KRÚŽKU HOLUBA </w:t>
            </w:r>
          </w:p>
          <w:p w14:paraId="1FD79BB6" w14:textId="7E808B22" w:rsidR="00284FF6" w:rsidRDefault="00284FF6" w:rsidP="00284FF6">
            <w:pPr>
              <w:rPr>
                <w:lang w:val="sk-SK"/>
              </w:rPr>
            </w:pPr>
            <w:r w:rsidRPr="00C30D6E">
              <w:rPr>
                <w:i/>
                <w:iCs/>
                <w:lang w:val="sk-SK"/>
              </w:rPr>
              <w:t>(napr. SK2</w:t>
            </w:r>
            <w:r>
              <w:rPr>
                <w:i/>
                <w:iCs/>
                <w:lang w:val="sk-SK"/>
              </w:rPr>
              <w:t>6</w:t>
            </w:r>
            <w:r w:rsidRPr="00C30D6E">
              <w:rPr>
                <w:i/>
                <w:iCs/>
                <w:lang w:val="sk-SK"/>
              </w:rPr>
              <w:t xml:space="preserve">-0105-1234)                                     </w:t>
            </w:r>
          </w:p>
        </w:tc>
        <w:tc>
          <w:tcPr>
            <w:tcW w:w="4389" w:type="dxa"/>
          </w:tcPr>
          <w:p w14:paraId="10CBD933" w14:textId="09110528" w:rsidR="00284FF6" w:rsidRDefault="00284FF6" w:rsidP="00B929F9">
            <w:pPr>
              <w:rPr>
                <w:lang w:val="sk-SK"/>
              </w:rPr>
            </w:pPr>
            <w:r>
              <w:rPr>
                <w:lang w:val="sk-SK"/>
              </w:rPr>
              <w:t>MENO HOLUBA V SÚŤAŽI</w:t>
            </w:r>
          </w:p>
          <w:p w14:paraId="2D7D5FBF" w14:textId="0FDC483C" w:rsidR="00284FF6" w:rsidRDefault="00284FF6" w:rsidP="00B929F9">
            <w:pPr>
              <w:rPr>
                <w:lang w:val="sk-SK"/>
              </w:rPr>
            </w:pPr>
            <w:r>
              <w:rPr>
                <w:lang w:val="sk-SK"/>
              </w:rPr>
              <w:t>(napr. RAKETA)</w:t>
            </w:r>
          </w:p>
        </w:tc>
      </w:tr>
      <w:tr w:rsidR="00284FF6" w14:paraId="26B8389D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18CFEF75" w14:textId="4A85B95A" w:rsidR="00284FF6" w:rsidRDefault="00284FF6" w:rsidP="00284FF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AKTÍVNY 1</w:t>
            </w:r>
          </w:p>
        </w:tc>
        <w:tc>
          <w:tcPr>
            <w:tcW w:w="4111" w:type="dxa"/>
            <w:vAlign w:val="center"/>
          </w:tcPr>
          <w:p w14:paraId="7C22295A" w14:textId="0344F482" w:rsidR="00284FF6" w:rsidRPr="00E675ED" w:rsidRDefault="00284FF6" w:rsidP="00284FF6">
            <w:pPr>
              <w:jc w:val="center"/>
              <w:rPr>
                <w:sz w:val="36"/>
                <w:szCs w:val="36"/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45995755" w14:textId="50B9CEF2" w:rsidR="00284FF6" w:rsidRPr="00E675ED" w:rsidRDefault="00284FF6" w:rsidP="00284FF6">
            <w:pPr>
              <w:jc w:val="center"/>
              <w:rPr>
                <w:sz w:val="36"/>
                <w:szCs w:val="36"/>
                <w:lang w:val="sk-SK"/>
              </w:rPr>
            </w:pPr>
          </w:p>
        </w:tc>
      </w:tr>
      <w:tr w:rsidR="00284FF6" w14:paraId="0D8353DE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0460A59F" w14:textId="02E43435" w:rsidR="00284FF6" w:rsidRDefault="00284FF6" w:rsidP="00284FF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AKTÍVNY 2</w:t>
            </w:r>
          </w:p>
        </w:tc>
        <w:tc>
          <w:tcPr>
            <w:tcW w:w="4111" w:type="dxa"/>
            <w:vAlign w:val="center"/>
          </w:tcPr>
          <w:p w14:paraId="0ABE7C4A" w14:textId="3FAC8F51" w:rsidR="00284FF6" w:rsidRPr="00E675ED" w:rsidRDefault="00284FF6" w:rsidP="00284FF6">
            <w:pPr>
              <w:jc w:val="center"/>
              <w:rPr>
                <w:sz w:val="36"/>
                <w:szCs w:val="36"/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48B2C6D9" w14:textId="0764C37F" w:rsidR="00E675ED" w:rsidRPr="00E675ED" w:rsidRDefault="00E675ED" w:rsidP="00E675ED">
            <w:pPr>
              <w:jc w:val="center"/>
              <w:rPr>
                <w:sz w:val="36"/>
                <w:szCs w:val="36"/>
                <w:lang w:val="sk-SK"/>
              </w:rPr>
            </w:pPr>
          </w:p>
        </w:tc>
      </w:tr>
      <w:tr w:rsidR="00284FF6" w14:paraId="042FF58D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023527BF" w14:textId="77A3155A" w:rsidR="00284FF6" w:rsidRDefault="00626FF3" w:rsidP="00284FF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AKTÍVNY 3</w:t>
            </w:r>
          </w:p>
        </w:tc>
        <w:tc>
          <w:tcPr>
            <w:tcW w:w="4111" w:type="dxa"/>
            <w:vAlign w:val="center"/>
          </w:tcPr>
          <w:p w14:paraId="4C42716D" w14:textId="400C7C3D" w:rsidR="00284FF6" w:rsidRPr="00E675ED" w:rsidRDefault="00284FF6" w:rsidP="00284FF6">
            <w:pPr>
              <w:jc w:val="center"/>
              <w:rPr>
                <w:sz w:val="36"/>
                <w:szCs w:val="36"/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2C062E6E" w14:textId="5A02FF64" w:rsidR="00284FF6" w:rsidRPr="00E675ED" w:rsidRDefault="00284FF6" w:rsidP="00284FF6">
            <w:pPr>
              <w:jc w:val="center"/>
              <w:rPr>
                <w:sz w:val="36"/>
                <w:szCs w:val="36"/>
                <w:lang w:val="sk-SK"/>
              </w:rPr>
            </w:pPr>
          </w:p>
        </w:tc>
      </w:tr>
      <w:tr w:rsidR="00284FF6" w14:paraId="47D38F8B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3EEBCF8E" w14:textId="5EBEA6ED" w:rsidR="00284FF6" w:rsidRDefault="00626FF3" w:rsidP="00284FF6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AKTÍVNY 4</w:t>
            </w:r>
          </w:p>
        </w:tc>
        <w:tc>
          <w:tcPr>
            <w:tcW w:w="4111" w:type="dxa"/>
            <w:vAlign w:val="center"/>
          </w:tcPr>
          <w:p w14:paraId="7786504D" w14:textId="3C706427" w:rsidR="00284FF6" w:rsidRPr="00E675ED" w:rsidRDefault="00284FF6" w:rsidP="00284FF6">
            <w:pPr>
              <w:jc w:val="center"/>
              <w:rPr>
                <w:sz w:val="36"/>
                <w:szCs w:val="36"/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76C39261" w14:textId="3A0712FE" w:rsidR="00E675ED" w:rsidRPr="00E675ED" w:rsidRDefault="00E675ED" w:rsidP="00E675ED">
            <w:pPr>
              <w:jc w:val="center"/>
              <w:rPr>
                <w:sz w:val="36"/>
                <w:szCs w:val="36"/>
                <w:lang w:val="sk-SK"/>
              </w:rPr>
            </w:pPr>
          </w:p>
        </w:tc>
      </w:tr>
      <w:tr w:rsidR="00626FF3" w14:paraId="697B490D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7FCAC26E" w14:textId="15516938" w:rsidR="00626FF3" w:rsidRDefault="00626FF3" w:rsidP="00626FF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1</w:t>
            </w:r>
          </w:p>
        </w:tc>
        <w:tc>
          <w:tcPr>
            <w:tcW w:w="4111" w:type="dxa"/>
            <w:vAlign w:val="center"/>
          </w:tcPr>
          <w:p w14:paraId="2091F557" w14:textId="41E605EF" w:rsidR="00626FF3" w:rsidRPr="00E675ED" w:rsidRDefault="00626FF3" w:rsidP="00626FF3">
            <w:pPr>
              <w:jc w:val="center"/>
              <w:rPr>
                <w:sz w:val="36"/>
                <w:szCs w:val="36"/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1A7DDC5B" w14:textId="3EBF09C1" w:rsidR="00626FF3" w:rsidRPr="00E675ED" w:rsidRDefault="00626FF3" w:rsidP="00626FF3">
            <w:pPr>
              <w:jc w:val="center"/>
              <w:rPr>
                <w:sz w:val="36"/>
                <w:szCs w:val="36"/>
                <w:lang w:val="sk-SK"/>
              </w:rPr>
            </w:pPr>
          </w:p>
        </w:tc>
      </w:tr>
      <w:tr w:rsidR="00626FF3" w14:paraId="46893BE1" w14:textId="77777777" w:rsidTr="00284FF6">
        <w:trPr>
          <w:trHeight w:val="567"/>
        </w:trPr>
        <w:tc>
          <w:tcPr>
            <w:tcW w:w="1696" w:type="dxa"/>
            <w:vAlign w:val="center"/>
          </w:tcPr>
          <w:p w14:paraId="63B11BAD" w14:textId="6F3E3B2B" w:rsidR="00626FF3" w:rsidRDefault="00626FF3" w:rsidP="00626FF3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>REZERVNÝ 2</w:t>
            </w:r>
          </w:p>
        </w:tc>
        <w:tc>
          <w:tcPr>
            <w:tcW w:w="4111" w:type="dxa"/>
            <w:vAlign w:val="center"/>
          </w:tcPr>
          <w:p w14:paraId="1C7FA0C7" w14:textId="7D2793C6" w:rsidR="00626FF3" w:rsidRPr="00E675ED" w:rsidRDefault="00626FF3" w:rsidP="00626FF3">
            <w:pPr>
              <w:jc w:val="center"/>
              <w:rPr>
                <w:sz w:val="36"/>
                <w:szCs w:val="36"/>
                <w:lang w:val="sk-SK"/>
              </w:rPr>
            </w:pPr>
          </w:p>
        </w:tc>
        <w:tc>
          <w:tcPr>
            <w:tcW w:w="4389" w:type="dxa"/>
            <w:vAlign w:val="center"/>
          </w:tcPr>
          <w:p w14:paraId="6747BF78" w14:textId="307E6CFB" w:rsidR="00626FF3" w:rsidRPr="00E675ED" w:rsidRDefault="00626FF3" w:rsidP="00626FF3">
            <w:pPr>
              <w:jc w:val="center"/>
              <w:rPr>
                <w:sz w:val="36"/>
                <w:szCs w:val="36"/>
                <w:lang w:val="sk-SK"/>
              </w:rPr>
            </w:pPr>
          </w:p>
        </w:tc>
      </w:tr>
    </w:tbl>
    <w:p w14:paraId="3BC6AD37" w14:textId="5316BE4B" w:rsidR="00284FF6" w:rsidRDefault="00284FF6" w:rsidP="00284FF6">
      <w:pPr>
        <w:spacing w:after="0" w:line="240" w:lineRule="auto"/>
        <w:rPr>
          <w:lang w:val="sk-SK"/>
        </w:rPr>
      </w:pPr>
    </w:p>
    <w:p w14:paraId="2A8F282D" w14:textId="77777777" w:rsidR="00626FF3" w:rsidRDefault="00626FF3" w:rsidP="00284FF6">
      <w:pPr>
        <w:spacing w:after="0" w:line="240" w:lineRule="auto"/>
        <w:rPr>
          <w:lang w:val="sk-SK"/>
        </w:rPr>
      </w:pPr>
    </w:p>
    <w:tbl>
      <w:tblPr>
        <w:tblStyle w:val="Mriekatabuky"/>
        <w:tblW w:w="10201" w:type="dxa"/>
        <w:tblLook w:val="04A0" w:firstRow="1" w:lastRow="0" w:firstColumn="1" w:lastColumn="0" w:noHBand="0" w:noVBand="1"/>
      </w:tblPr>
      <w:tblGrid>
        <w:gridCol w:w="2263"/>
        <w:gridCol w:w="7938"/>
      </w:tblGrid>
      <w:tr w:rsidR="00284FF6" w14:paraId="35E1C6B5" w14:textId="77777777" w:rsidTr="00284FF6">
        <w:tc>
          <w:tcPr>
            <w:tcW w:w="2263" w:type="dxa"/>
            <w:vAlign w:val="center"/>
          </w:tcPr>
          <w:p w14:paraId="3BBDC144" w14:textId="77777777" w:rsidR="00284FF6" w:rsidRDefault="00284FF6" w:rsidP="00284FF6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 xml:space="preserve">MENO MAJITEĽA </w:t>
            </w:r>
          </w:p>
          <w:p w14:paraId="27FA1108" w14:textId="18D4EE11" w:rsidR="00284FF6" w:rsidRPr="00284FF6" w:rsidRDefault="00284FF6" w:rsidP="00284FF6">
            <w:pPr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TÍMU:</w:t>
            </w:r>
            <w:r w:rsidRPr="00B929F9">
              <w:rPr>
                <w:noProof/>
              </w:rPr>
              <w:t xml:space="preserve"> </w:t>
            </w:r>
          </w:p>
        </w:tc>
        <w:tc>
          <w:tcPr>
            <w:tcW w:w="7938" w:type="dxa"/>
          </w:tcPr>
          <w:p w14:paraId="3F6C395F" w14:textId="4276A61C" w:rsidR="00284FF6" w:rsidRPr="00E675ED" w:rsidRDefault="00284FF6" w:rsidP="00284FF6">
            <w:pPr>
              <w:rPr>
                <w:sz w:val="28"/>
                <w:szCs w:val="28"/>
                <w:lang w:val="sk-SK"/>
              </w:rPr>
            </w:pPr>
          </w:p>
        </w:tc>
      </w:tr>
      <w:tr w:rsidR="00284FF6" w14:paraId="512717C9" w14:textId="77777777" w:rsidTr="00284FF6">
        <w:tc>
          <w:tcPr>
            <w:tcW w:w="2263" w:type="dxa"/>
            <w:vAlign w:val="center"/>
          </w:tcPr>
          <w:p w14:paraId="3190D563" w14:textId="4700132E" w:rsidR="00284FF6" w:rsidRDefault="00284FF6" w:rsidP="00284FF6">
            <w:pPr>
              <w:rPr>
                <w:lang w:val="sk-SK"/>
              </w:rPr>
            </w:pPr>
            <w:r>
              <w:rPr>
                <w:b/>
                <w:bCs/>
                <w:lang w:val="sk-SK"/>
              </w:rPr>
              <w:t>ADRESA:</w:t>
            </w:r>
          </w:p>
        </w:tc>
        <w:tc>
          <w:tcPr>
            <w:tcW w:w="7938" w:type="dxa"/>
            <w:vAlign w:val="center"/>
          </w:tcPr>
          <w:p w14:paraId="1C570352" w14:textId="20C8CEDB" w:rsidR="00626FF3" w:rsidRPr="00E675ED" w:rsidRDefault="00626FF3" w:rsidP="00284FF6">
            <w:pPr>
              <w:rPr>
                <w:sz w:val="28"/>
                <w:szCs w:val="28"/>
                <w:lang w:val="sk-SK"/>
              </w:rPr>
            </w:pPr>
          </w:p>
        </w:tc>
      </w:tr>
      <w:tr w:rsidR="00284FF6" w14:paraId="72D47A75" w14:textId="77777777" w:rsidTr="00284FF6">
        <w:tc>
          <w:tcPr>
            <w:tcW w:w="2263" w:type="dxa"/>
            <w:vAlign w:val="center"/>
          </w:tcPr>
          <w:p w14:paraId="63C8604B" w14:textId="68EC97E9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>ŠTÁT:</w:t>
            </w:r>
          </w:p>
        </w:tc>
        <w:tc>
          <w:tcPr>
            <w:tcW w:w="7938" w:type="dxa"/>
            <w:vAlign w:val="center"/>
          </w:tcPr>
          <w:p w14:paraId="19231B21" w14:textId="6F2BB660" w:rsidR="00626FF3" w:rsidRPr="00E675ED" w:rsidRDefault="00626FF3" w:rsidP="00284FF6">
            <w:pPr>
              <w:rPr>
                <w:sz w:val="28"/>
                <w:szCs w:val="28"/>
                <w:lang w:val="sk-SK"/>
              </w:rPr>
            </w:pPr>
          </w:p>
        </w:tc>
      </w:tr>
      <w:tr w:rsidR="00E675ED" w14:paraId="294449E4" w14:textId="77777777" w:rsidTr="00284FF6">
        <w:tc>
          <w:tcPr>
            <w:tcW w:w="2263" w:type="dxa"/>
            <w:vAlign w:val="center"/>
          </w:tcPr>
          <w:p w14:paraId="5C6AC08E" w14:textId="578CBB6E" w:rsidR="00E675ED" w:rsidRDefault="00E675ED" w:rsidP="00E675ED">
            <w:pPr>
              <w:rPr>
                <w:lang w:val="sk-SK"/>
              </w:rPr>
            </w:pPr>
            <w:r>
              <w:rPr>
                <w:lang w:val="sk-SK"/>
              </w:rPr>
              <w:t>ČÍSLO TELEFÓNU:</w:t>
            </w:r>
          </w:p>
        </w:tc>
        <w:tc>
          <w:tcPr>
            <w:tcW w:w="7938" w:type="dxa"/>
            <w:vAlign w:val="center"/>
          </w:tcPr>
          <w:p w14:paraId="0669F0B7" w14:textId="5CCF598F" w:rsidR="00E675ED" w:rsidRPr="00E675ED" w:rsidRDefault="00E675ED" w:rsidP="00E675ED">
            <w:pPr>
              <w:rPr>
                <w:sz w:val="28"/>
                <w:szCs w:val="28"/>
                <w:lang w:val="sk-SK"/>
              </w:rPr>
            </w:pPr>
          </w:p>
        </w:tc>
      </w:tr>
      <w:tr w:rsidR="00E675ED" w14:paraId="5AC3D2F6" w14:textId="77777777" w:rsidTr="00284FF6">
        <w:tc>
          <w:tcPr>
            <w:tcW w:w="2263" w:type="dxa"/>
            <w:vAlign w:val="center"/>
          </w:tcPr>
          <w:p w14:paraId="3BD36627" w14:textId="4CFF597B" w:rsidR="00E675ED" w:rsidRDefault="00E675ED" w:rsidP="00E675ED">
            <w:pPr>
              <w:rPr>
                <w:lang w:val="sk-SK"/>
              </w:rPr>
            </w:pPr>
            <w:r>
              <w:rPr>
                <w:lang w:val="sk-SK"/>
              </w:rPr>
              <w:t xml:space="preserve">E-MAIL: </w:t>
            </w:r>
          </w:p>
        </w:tc>
        <w:tc>
          <w:tcPr>
            <w:tcW w:w="7938" w:type="dxa"/>
            <w:vAlign w:val="center"/>
          </w:tcPr>
          <w:p w14:paraId="3802B418" w14:textId="19ABB78A" w:rsidR="00E675ED" w:rsidRPr="00E675ED" w:rsidRDefault="00E675ED" w:rsidP="00E675ED">
            <w:pPr>
              <w:rPr>
                <w:sz w:val="28"/>
                <w:szCs w:val="28"/>
                <w:lang w:val="sk-SK"/>
              </w:rPr>
            </w:pPr>
          </w:p>
        </w:tc>
      </w:tr>
      <w:tr w:rsidR="00284FF6" w14:paraId="092E1AAA" w14:textId="77777777" w:rsidTr="00284FF6">
        <w:tc>
          <w:tcPr>
            <w:tcW w:w="2263" w:type="dxa"/>
            <w:vAlign w:val="center"/>
          </w:tcPr>
          <w:p w14:paraId="258103D5" w14:textId="457B282E" w:rsidR="00284FF6" w:rsidRDefault="00284FF6" w:rsidP="00284FF6">
            <w:pPr>
              <w:rPr>
                <w:lang w:val="sk-SK"/>
              </w:rPr>
            </w:pPr>
            <w:r>
              <w:rPr>
                <w:lang w:val="sk-SK"/>
              </w:rPr>
              <w:t>MENO KOORDINÁTORA:</w:t>
            </w:r>
          </w:p>
        </w:tc>
        <w:tc>
          <w:tcPr>
            <w:tcW w:w="7938" w:type="dxa"/>
            <w:vAlign w:val="center"/>
          </w:tcPr>
          <w:p w14:paraId="617CBB66" w14:textId="2C7F9C02" w:rsidR="00284FF6" w:rsidRPr="00E675ED" w:rsidRDefault="00284FF6" w:rsidP="00284FF6">
            <w:pPr>
              <w:rPr>
                <w:sz w:val="28"/>
                <w:szCs w:val="28"/>
                <w:lang w:val="sk-SK"/>
              </w:rPr>
            </w:pPr>
            <w:r w:rsidRPr="00E675ED">
              <w:rPr>
                <w:sz w:val="28"/>
                <w:szCs w:val="28"/>
                <w:lang w:val="sk-SK"/>
              </w:rPr>
              <w:t>Krajčík Daniel</w:t>
            </w:r>
          </w:p>
        </w:tc>
      </w:tr>
    </w:tbl>
    <w:p w14:paraId="472406A0" w14:textId="77777777" w:rsidR="00626FF3" w:rsidRDefault="00626FF3" w:rsidP="00B929F9">
      <w:pPr>
        <w:spacing w:after="0" w:line="240" w:lineRule="auto"/>
        <w:rPr>
          <w:b/>
          <w:bCs/>
          <w:lang w:val="sk-SK"/>
        </w:rPr>
      </w:pPr>
    </w:p>
    <w:p w14:paraId="2BCAAFCD" w14:textId="4D7CC87B" w:rsidR="00B929F9" w:rsidRPr="00C30D6E" w:rsidRDefault="00B929F9" w:rsidP="00B929F9">
      <w:pPr>
        <w:spacing w:after="0" w:line="240" w:lineRule="auto"/>
        <w:rPr>
          <w:b/>
          <w:bCs/>
          <w:lang w:val="sk-SK"/>
        </w:rPr>
      </w:pPr>
      <w:r w:rsidRPr="00C30D6E">
        <w:rPr>
          <w:b/>
          <w:bCs/>
          <w:lang w:val="sk-SK"/>
        </w:rPr>
        <w:t>PLATBA (</w:t>
      </w:r>
      <w:r w:rsidR="00626FF3">
        <w:rPr>
          <w:b/>
          <w:bCs/>
          <w:lang w:val="sk-SK"/>
        </w:rPr>
        <w:t>600</w:t>
      </w:r>
      <w:r w:rsidRPr="00C30D6E">
        <w:rPr>
          <w:b/>
          <w:bCs/>
          <w:lang w:val="sk-SK"/>
        </w:rPr>
        <w:t xml:space="preserve"> EUR)</w:t>
      </w:r>
      <w:r w:rsidR="00260EF4">
        <w:rPr>
          <w:b/>
          <w:bCs/>
          <w:lang w:val="sk-SK"/>
        </w:rPr>
        <w:t>:</w:t>
      </w:r>
      <w:r w:rsidRPr="00C30D6E">
        <w:rPr>
          <w:b/>
          <w:bCs/>
          <w:lang w:val="sk-SK"/>
        </w:rPr>
        <w:t xml:space="preserve">                                                                  TU NAPÍŠTE KOĽKO STE ZAPLATILI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29"/>
        <w:gridCol w:w="5472"/>
      </w:tblGrid>
      <w:tr w:rsidR="00B929F9" w14:paraId="70BAC914" w14:textId="77777777" w:rsidTr="00626FF3">
        <w:tc>
          <w:tcPr>
            <w:tcW w:w="4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E0A333" w14:textId="4C1F1033" w:rsidR="00B929F9" w:rsidRDefault="00B929F9" w:rsidP="00B929F9">
            <w:pPr>
              <w:rPr>
                <w:lang w:val="sk-SK"/>
              </w:rPr>
            </w:pPr>
            <w:r>
              <w:rPr>
                <w:lang w:val="sk-SK"/>
              </w:rPr>
              <w:t>AGENTOVI NA ÚČET</w:t>
            </w:r>
          </w:p>
        </w:tc>
        <w:tc>
          <w:tcPr>
            <w:tcW w:w="5472" w:type="dxa"/>
            <w:tcBorders>
              <w:left w:val="single" w:sz="4" w:space="0" w:color="auto"/>
            </w:tcBorders>
          </w:tcPr>
          <w:p w14:paraId="0E9B8960" w14:textId="77777777" w:rsidR="00B929F9" w:rsidRPr="00E675ED" w:rsidRDefault="00B929F9" w:rsidP="00B929F9">
            <w:pPr>
              <w:rPr>
                <w:sz w:val="24"/>
                <w:szCs w:val="24"/>
                <w:lang w:val="sk-SK"/>
              </w:rPr>
            </w:pPr>
          </w:p>
          <w:p w14:paraId="00E1C7CE" w14:textId="424AEA7B" w:rsidR="00626FF3" w:rsidRPr="00E675ED" w:rsidRDefault="00DB23BE" w:rsidP="00B929F9">
            <w:pPr>
              <w:rPr>
                <w:sz w:val="24"/>
                <w:szCs w:val="24"/>
                <w:lang w:val="sk-SK"/>
              </w:rPr>
            </w:pPr>
            <w:r>
              <w:rPr>
                <w:sz w:val="24"/>
                <w:szCs w:val="24"/>
                <w:lang w:val="sk-SK"/>
              </w:rPr>
              <w:t>0</w:t>
            </w:r>
          </w:p>
        </w:tc>
      </w:tr>
      <w:tr w:rsidR="00B929F9" w14:paraId="36E82380" w14:textId="77777777" w:rsidTr="00626FF3">
        <w:tc>
          <w:tcPr>
            <w:tcW w:w="4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C0FAA7" w14:textId="38CEA8B8" w:rsidR="00B929F9" w:rsidRDefault="00B929F9" w:rsidP="00B929F9">
            <w:pPr>
              <w:rPr>
                <w:lang w:val="sk-SK"/>
              </w:rPr>
            </w:pPr>
            <w:r>
              <w:rPr>
                <w:lang w:val="sk-SK"/>
              </w:rPr>
              <w:t>HOTOVOSŤ AGENTOVI</w:t>
            </w:r>
          </w:p>
        </w:tc>
        <w:tc>
          <w:tcPr>
            <w:tcW w:w="5472" w:type="dxa"/>
            <w:tcBorders>
              <w:left w:val="single" w:sz="4" w:space="0" w:color="auto"/>
            </w:tcBorders>
          </w:tcPr>
          <w:p w14:paraId="7CD7B919" w14:textId="77777777" w:rsidR="00B929F9" w:rsidRPr="00E675ED" w:rsidRDefault="00B929F9" w:rsidP="00B929F9">
            <w:pPr>
              <w:rPr>
                <w:sz w:val="24"/>
                <w:szCs w:val="24"/>
                <w:lang w:val="sk-SK"/>
              </w:rPr>
            </w:pPr>
          </w:p>
          <w:p w14:paraId="2E5CBDBF" w14:textId="7F717D5F" w:rsidR="00626FF3" w:rsidRPr="00E675ED" w:rsidRDefault="00E675ED" w:rsidP="00B929F9">
            <w:pPr>
              <w:rPr>
                <w:sz w:val="24"/>
                <w:szCs w:val="24"/>
                <w:lang w:val="sk-SK"/>
              </w:rPr>
            </w:pPr>
            <w:r w:rsidRPr="00E675ED">
              <w:rPr>
                <w:sz w:val="24"/>
                <w:szCs w:val="24"/>
                <w:lang w:val="sk-SK"/>
              </w:rPr>
              <w:t>0</w:t>
            </w:r>
          </w:p>
        </w:tc>
      </w:tr>
      <w:tr w:rsidR="00B929F9" w14:paraId="255C6D7C" w14:textId="77777777" w:rsidTr="00626FF3">
        <w:tc>
          <w:tcPr>
            <w:tcW w:w="47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6DFBD" w14:textId="4D5340E5" w:rsidR="00B929F9" w:rsidRDefault="00B929F9" w:rsidP="00B929F9">
            <w:pPr>
              <w:rPr>
                <w:lang w:val="sk-SK"/>
              </w:rPr>
            </w:pPr>
            <w:r>
              <w:rPr>
                <w:lang w:val="sk-SK"/>
              </w:rPr>
              <w:t>BANK</w:t>
            </w:r>
            <w:r w:rsidR="00260EF4">
              <w:rPr>
                <w:lang w:val="sk-SK"/>
              </w:rPr>
              <w:t>.</w:t>
            </w:r>
            <w:r>
              <w:rPr>
                <w:lang w:val="sk-SK"/>
              </w:rPr>
              <w:t xml:space="preserve"> PREVOD </w:t>
            </w:r>
            <w:r w:rsidR="00260EF4">
              <w:rPr>
                <w:lang w:val="sk-SK"/>
              </w:rPr>
              <w:t>NA ÚČET</w:t>
            </w:r>
            <w:r>
              <w:rPr>
                <w:lang w:val="sk-SK"/>
              </w:rPr>
              <w:t xml:space="preserve"> ALGARVE </w:t>
            </w:r>
            <w:r w:rsidR="00626FF3">
              <w:rPr>
                <w:lang w:val="sk-SK"/>
              </w:rPr>
              <w:t>GREAT DERBY</w:t>
            </w:r>
          </w:p>
        </w:tc>
        <w:tc>
          <w:tcPr>
            <w:tcW w:w="5472" w:type="dxa"/>
            <w:tcBorders>
              <w:left w:val="single" w:sz="4" w:space="0" w:color="auto"/>
            </w:tcBorders>
          </w:tcPr>
          <w:p w14:paraId="394C0AFF" w14:textId="3FE3918F" w:rsidR="00B929F9" w:rsidRPr="00E675ED" w:rsidRDefault="00E675ED" w:rsidP="00B929F9">
            <w:pPr>
              <w:rPr>
                <w:sz w:val="24"/>
                <w:szCs w:val="24"/>
                <w:lang w:val="sk-SK"/>
              </w:rPr>
            </w:pPr>
            <w:r w:rsidRPr="00E675ED">
              <w:rPr>
                <w:sz w:val="24"/>
                <w:szCs w:val="24"/>
                <w:lang w:val="sk-SK"/>
              </w:rPr>
              <w:t>0</w:t>
            </w:r>
          </w:p>
          <w:p w14:paraId="6CF24560" w14:textId="7AE4DF00" w:rsidR="00626FF3" w:rsidRPr="00E675ED" w:rsidRDefault="00626FF3" w:rsidP="00B929F9">
            <w:pPr>
              <w:rPr>
                <w:sz w:val="24"/>
                <w:szCs w:val="24"/>
                <w:lang w:val="sk-SK"/>
              </w:rPr>
            </w:pPr>
          </w:p>
        </w:tc>
      </w:tr>
    </w:tbl>
    <w:p w14:paraId="5030C0BC" w14:textId="0DED6B1C" w:rsidR="00260EF4" w:rsidRDefault="00260EF4" w:rsidP="00C30D6E">
      <w:pPr>
        <w:spacing w:after="0" w:line="240" w:lineRule="auto"/>
        <w:rPr>
          <w:lang w:val="sk-SK"/>
        </w:rPr>
      </w:pPr>
    </w:p>
    <w:p w14:paraId="6832C372" w14:textId="77777777" w:rsidR="00626FF3" w:rsidRDefault="00626FF3" w:rsidP="00C30D6E">
      <w:pPr>
        <w:spacing w:after="0" w:line="240" w:lineRule="auto"/>
        <w:rPr>
          <w:lang w:val="sk-SK"/>
        </w:rPr>
      </w:pPr>
    </w:p>
    <w:p w14:paraId="4FC6A3F3" w14:textId="100B1503" w:rsidR="00C30D6E" w:rsidRDefault="00B929F9" w:rsidP="00C30D6E">
      <w:pPr>
        <w:spacing w:after="0" w:line="240" w:lineRule="auto"/>
      </w:pPr>
      <w:r>
        <w:rPr>
          <w:lang w:val="sk-SK"/>
        </w:rPr>
        <w:t>Svojím podpisom potvrdzujem, že som si prečítal pravidlá a podmienky súťaže pre sezónu 2026</w:t>
      </w:r>
      <w:r w:rsidR="00A032E6">
        <w:rPr>
          <w:lang w:val="sk-SK"/>
        </w:rPr>
        <w:t>/2027</w:t>
      </w:r>
      <w:r>
        <w:rPr>
          <w:lang w:val="sk-SK"/>
        </w:rPr>
        <w:t xml:space="preserve">, ktoré sú dostupné na stránke </w:t>
      </w:r>
      <w:hyperlink r:id="rId7" w:history="1">
        <w:r w:rsidR="00626FF3" w:rsidRPr="00CC4F6E">
          <w:rPr>
            <w:rStyle w:val="Hypertextovprepojenie"/>
          </w:rPr>
          <w:t>https://form.algarvegreatderby.com/en/</w:t>
        </w:r>
      </w:hyperlink>
      <w:r w:rsidR="00626FF3">
        <w:t xml:space="preserve"> </w:t>
      </w:r>
      <w:r>
        <w:rPr>
          <w:lang w:val="sk-SK"/>
        </w:rPr>
        <w:t xml:space="preserve"> a akceptujem ich: </w:t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</w:r>
      <w:r w:rsidR="00C30D6E">
        <w:tab/>
        <w:t>_____________________________________</w:t>
      </w:r>
    </w:p>
    <w:p w14:paraId="1DC49F7F" w14:textId="508BF5DA" w:rsidR="00EC51B7" w:rsidRDefault="00C30D6E" w:rsidP="00B929F9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Váš</w:t>
      </w:r>
      <w:proofErr w:type="spellEnd"/>
      <w:r>
        <w:t xml:space="preserve"> </w:t>
      </w:r>
      <w:proofErr w:type="spellStart"/>
      <w:r>
        <w:t>podpis</w:t>
      </w:r>
      <w:proofErr w:type="spellEnd"/>
    </w:p>
    <w:p w14:paraId="27007387" w14:textId="653B7471" w:rsidR="00DC58D2" w:rsidRDefault="00DC58D2"/>
    <w:sectPr w:rsidR="00DC58D2" w:rsidSect="00260EF4">
      <w:pgSz w:w="11906" w:h="16838"/>
      <w:pgMar w:top="567" w:right="850" w:bottom="426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0EF4"/>
    <w:rsid w:val="00284FF6"/>
    <w:rsid w:val="0029639D"/>
    <w:rsid w:val="00326F90"/>
    <w:rsid w:val="00626FF3"/>
    <w:rsid w:val="00A032E6"/>
    <w:rsid w:val="00AA1D8D"/>
    <w:rsid w:val="00B47730"/>
    <w:rsid w:val="00B929F9"/>
    <w:rsid w:val="00C30D6E"/>
    <w:rsid w:val="00CB0664"/>
    <w:rsid w:val="00DB23BE"/>
    <w:rsid w:val="00DC58D2"/>
    <w:rsid w:val="00E675ED"/>
    <w:rsid w:val="00EC51B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1FDF7B"/>
  <w14:defaultImageDpi w14:val="300"/>
  <w15:docId w15:val="{0CE6D464-D46C-46D0-B6B4-B0E57EBC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B929F9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92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orm.algarvegreatderby.com/e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Krajčík | OF EU v Bratislave</cp:lastModifiedBy>
  <cp:revision>2</cp:revision>
  <cp:lastPrinted>2026-07-01T12:39:00Z</cp:lastPrinted>
  <dcterms:created xsi:type="dcterms:W3CDTF">2026-08-18T19:32:00Z</dcterms:created>
  <dcterms:modified xsi:type="dcterms:W3CDTF">2026-08-18T19:32:00Z</dcterms:modified>
  <cp:category/>
</cp:coreProperties>
</file>