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7F34" w14:textId="5A79E55D" w:rsidR="00B929F9" w:rsidRDefault="00B929F9" w:rsidP="00B929F9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2C709F8" wp14:editId="46C8DF88">
            <wp:simplePos x="0" y="0"/>
            <wp:positionH relativeFrom="column">
              <wp:posOffset>4710430</wp:posOffset>
            </wp:positionH>
            <wp:positionV relativeFrom="paragraph">
              <wp:posOffset>77470</wp:posOffset>
            </wp:positionV>
            <wp:extent cx="1630680" cy="908578"/>
            <wp:effectExtent l="0" t="0" r="7620" b="635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3503" cy="910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B9DF2" w14:textId="24F6278E" w:rsidR="00B929F9" w:rsidRPr="00B929F9" w:rsidRDefault="00B929F9" w:rsidP="00B929F9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</w:rPr>
        <w:t>2026 – PRIHL</w:t>
      </w:r>
      <w:r w:rsidRPr="00B929F9">
        <w:rPr>
          <w:b/>
          <w:bCs/>
          <w:lang w:val="sk-SK"/>
        </w:rPr>
        <w:t>ÁŠKA</w:t>
      </w:r>
    </w:p>
    <w:p w14:paraId="40D22F38" w14:textId="7E0D2CBA" w:rsidR="00B929F9" w:rsidRDefault="00B929F9" w:rsidP="00B929F9">
      <w:pPr>
        <w:spacing w:after="0" w:line="240" w:lineRule="auto"/>
        <w:rPr>
          <w:lang w:val="sk-SK"/>
        </w:rPr>
      </w:pPr>
      <w:r>
        <w:rPr>
          <w:lang w:val="sk-SK"/>
        </w:rPr>
        <w:t>MEPI-GRA</w:t>
      </w:r>
    </w:p>
    <w:p w14:paraId="119383CD" w14:textId="35202673" w:rsidR="00B929F9" w:rsidRPr="00B929F9" w:rsidRDefault="00B929F9" w:rsidP="00B929F9">
      <w:pPr>
        <w:spacing w:after="0" w:line="240" w:lineRule="auto"/>
        <w:rPr>
          <w:b/>
          <w:bCs/>
          <w:lang w:val="sk-SK"/>
        </w:rPr>
      </w:pPr>
      <w:proofErr w:type="spellStart"/>
      <w:r w:rsidRPr="00B929F9">
        <w:rPr>
          <w:b/>
          <w:bCs/>
          <w:lang w:val="sk-SK"/>
        </w:rPr>
        <w:t>Million</w:t>
      </w:r>
      <w:proofErr w:type="spellEnd"/>
      <w:r w:rsidRPr="00B929F9">
        <w:rPr>
          <w:b/>
          <w:bCs/>
          <w:lang w:val="sk-SK"/>
        </w:rPr>
        <w:t xml:space="preserve"> Euro </w:t>
      </w:r>
      <w:proofErr w:type="spellStart"/>
      <w:r w:rsidRPr="00B929F9">
        <w:rPr>
          <w:b/>
          <w:bCs/>
          <w:lang w:val="sk-SK"/>
        </w:rPr>
        <w:t>Pigeons-Golden</w:t>
      </w:r>
      <w:proofErr w:type="spellEnd"/>
      <w:r w:rsidRPr="00B929F9">
        <w:rPr>
          <w:b/>
          <w:bCs/>
          <w:lang w:val="sk-SK"/>
        </w:rPr>
        <w:t xml:space="preserve"> </w:t>
      </w:r>
      <w:proofErr w:type="spellStart"/>
      <w:r w:rsidRPr="00B929F9">
        <w:rPr>
          <w:b/>
          <w:bCs/>
          <w:lang w:val="sk-SK"/>
        </w:rPr>
        <w:t>Race</w:t>
      </w:r>
      <w:proofErr w:type="spellEnd"/>
      <w:r w:rsidRPr="00B929F9">
        <w:rPr>
          <w:b/>
          <w:bCs/>
          <w:lang w:val="sk-SK"/>
        </w:rPr>
        <w:t xml:space="preserve"> </w:t>
      </w:r>
      <w:proofErr w:type="spellStart"/>
      <w:r w:rsidRPr="00B929F9">
        <w:rPr>
          <w:b/>
          <w:bCs/>
          <w:lang w:val="sk-SK"/>
        </w:rPr>
        <w:t>Algarve</w:t>
      </w:r>
      <w:proofErr w:type="spellEnd"/>
    </w:p>
    <w:p w14:paraId="2D6FE8A3" w14:textId="34DFB76B" w:rsidR="00B929F9" w:rsidRDefault="00B929F9" w:rsidP="00B929F9">
      <w:pPr>
        <w:spacing w:after="0" w:line="240" w:lineRule="auto"/>
        <w:rPr>
          <w:lang w:val="sk-SK"/>
        </w:rPr>
      </w:pPr>
      <w:r>
        <w:rPr>
          <w:lang w:val="sk-SK"/>
        </w:rPr>
        <w:t>!Nové číslo účtu pre sezónu 2026!</w:t>
      </w:r>
    </w:p>
    <w:p w14:paraId="06633879" w14:textId="41E28142" w:rsidR="00B929F9" w:rsidRPr="00B929F9" w:rsidRDefault="00B929F9" w:rsidP="00B929F9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  <w:lang w:val="sk-SK"/>
        </w:rPr>
        <w:t>IBAN: PT80 0010 0000 6525 1370 0017 9</w:t>
      </w:r>
      <w:r>
        <w:rPr>
          <w:b/>
          <w:bCs/>
          <w:lang w:val="sk-SK"/>
        </w:rPr>
        <w:t xml:space="preserve">                  </w:t>
      </w:r>
      <w:r w:rsidRPr="00B929F9">
        <w:rPr>
          <w:b/>
          <w:bCs/>
          <w:lang w:val="sk-SK"/>
        </w:rPr>
        <w:t xml:space="preserve">BIC SWIFT: </w:t>
      </w:r>
      <w:r w:rsidRPr="00B929F9">
        <w:rPr>
          <w:b/>
          <w:bCs/>
          <w:lang w:val="en-GB"/>
        </w:rPr>
        <w:t>BBPIPTPL</w:t>
      </w:r>
    </w:p>
    <w:p w14:paraId="45FB765F" w14:textId="5AF906A2" w:rsidR="00B929F9" w:rsidRDefault="00B929F9" w:rsidP="00B929F9">
      <w:pPr>
        <w:spacing w:after="0" w:line="240" w:lineRule="auto"/>
        <w:rPr>
          <w:lang w:val="en-GB"/>
        </w:rPr>
      </w:pPr>
    </w:p>
    <w:p w14:paraId="1E8052D0" w14:textId="018786E1" w:rsidR="00B929F9" w:rsidRDefault="00B929F9" w:rsidP="00B929F9">
      <w:pPr>
        <w:spacing w:after="0" w:line="240" w:lineRule="auto"/>
        <w:rPr>
          <w:lang w:val="sk-SK"/>
        </w:rPr>
      </w:pPr>
      <w:r>
        <w:rPr>
          <w:lang w:val="en-GB"/>
        </w:rPr>
        <w:t>N</w:t>
      </w:r>
      <w:r>
        <w:rPr>
          <w:lang w:val="sk-SK"/>
        </w:rPr>
        <w:t>ÁZOV VÁŠHO TÍMU: __________________________________________________________________________________________________</w:t>
      </w:r>
    </w:p>
    <w:p w14:paraId="0421248B" w14:textId="77777777" w:rsidR="00C30D6E" w:rsidRDefault="00C30D6E" w:rsidP="00B929F9">
      <w:pPr>
        <w:spacing w:after="0" w:line="240" w:lineRule="auto"/>
        <w:rPr>
          <w:lang w:val="sk-SK"/>
        </w:rPr>
      </w:pPr>
    </w:p>
    <w:p w14:paraId="474E12B2" w14:textId="432B118C" w:rsidR="00B929F9" w:rsidRPr="00B929F9" w:rsidRDefault="00B929F9" w:rsidP="00B929F9">
      <w:pPr>
        <w:spacing w:after="0" w:line="240" w:lineRule="auto"/>
        <w:rPr>
          <w:lang w:val="sk-SK"/>
        </w:rPr>
      </w:pPr>
      <w:r>
        <w:rPr>
          <w:lang w:val="sk-SK"/>
        </w:rPr>
        <w:t>ČÍSLO VÁŠHO TÍMU (Z MINULÉHO ROKA, AK HO NEVIETE, KOORDINÁTOR HO VYPÍŠE):</w:t>
      </w:r>
      <w:r w:rsidR="00C30D6E">
        <w:rPr>
          <w:lang w:val="sk-SK"/>
        </w:rPr>
        <w:t xml:space="preserve"> </w:t>
      </w:r>
      <w:r>
        <w:rPr>
          <w:lang w:val="sk-SK"/>
        </w:rPr>
        <w:t>______________________</w:t>
      </w:r>
    </w:p>
    <w:p w14:paraId="03C3DCF5" w14:textId="77777777" w:rsidR="00C30D6E" w:rsidRDefault="00C30D6E" w:rsidP="00B929F9">
      <w:pPr>
        <w:spacing w:after="0" w:line="240" w:lineRule="auto"/>
        <w:rPr>
          <w:lang w:val="sk-SK"/>
        </w:rPr>
      </w:pPr>
    </w:p>
    <w:p w14:paraId="7A265BED" w14:textId="0555AF19" w:rsidR="00B929F9" w:rsidRDefault="00B929F9" w:rsidP="00B929F9">
      <w:pPr>
        <w:spacing w:after="0" w:line="240" w:lineRule="auto"/>
        <w:rPr>
          <w:lang w:val="sk-SK"/>
        </w:rPr>
      </w:pPr>
      <w:r>
        <w:rPr>
          <w:lang w:val="sk-SK"/>
        </w:rPr>
        <w:t>STE U NÁS PRVÝKRÁT ÚČASTNÍKOM (Y=YES=ÁNO, N=NO=NIE)</w:t>
      </w:r>
      <w:r w:rsidR="00C30D6E">
        <w:rPr>
          <w:lang w:val="sk-SK"/>
        </w:rPr>
        <w:t xml:space="preserve">: </w:t>
      </w:r>
      <w:r>
        <w:rPr>
          <w:lang w:val="sk-SK"/>
        </w:rPr>
        <w:t xml:space="preserve"> ______________________________</w:t>
      </w:r>
    </w:p>
    <w:p w14:paraId="27B21EE5" w14:textId="705BA22B" w:rsidR="00284FF6" w:rsidRPr="00284FF6" w:rsidRDefault="00B929F9" w:rsidP="00B929F9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  <w:lang w:val="sk-SK"/>
        </w:rPr>
        <w:t>TEAM 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4389"/>
      </w:tblGrid>
      <w:tr w:rsidR="00284FF6" w14:paraId="3DCEF8EE" w14:textId="77777777" w:rsidTr="00284FF6">
        <w:tc>
          <w:tcPr>
            <w:tcW w:w="1696" w:type="dxa"/>
          </w:tcPr>
          <w:p w14:paraId="680195AA" w14:textId="77777777" w:rsidR="00284FF6" w:rsidRDefault="00284FF6" w:rsidP="00B929F9">
            <w:pPr>
              <w:rPr>
                <w:lang w:val="sk-SK"/>
              </w:rPr>
            </w:pPr>
          </w:p>
        </w:tc>
        <w:tc>
          <w:tcPr>
            <w:tcW w:w="4111" w:type="dxa"/>
          </w:tcPr>
          <w:p w14:paraId="24669E86" w14:textId="215885A6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 xml:space="preserve">ČÍSLO </w:t>
            </w:r>
            <w:r>
              <w:rPr>
                <w:lang w:val="sk-SK"/>
              </w:rPr>
              <w:t>KRÚŽKU</w:t>
            </w:r>
            <w:r>
              <w:rPr>
                <w:lang w:val="sk-SK"/>
              </w:rPr>
              <w:t xml:space="preserve"> HOLUBA</w:t>
            </w:r>
            <w:r>
              <w:rPr>
                <w:lang w:val="sk-SK"/>
              </w:rPr>
              <w:t xml:space="preserve"> </w:t>
            </w:r>
          </w:p>
          <w:p w14:paraId="1FD79BB6" w14:textId="7E808B22" w:rsidR="00284FF6" w:rsidRDefault="00284FF6" w:rsidP="00284FF6">
            <w:pPr>
              <w:rPr>
                <w:lang w:val="sk-SK"/>
              </w:rPr>
            </w:pPr>
            <w:r w:rsidRPr="00C30D6E">
              <w:rPr>
                <w:i/>
                <w:iCs/>
                <w:lang w:val="sk-SK"/>
              </w:rPr>
              <w:t>(napr. SK2</w:t>
            </w:r>
            <w:r>
              <w:rPr>
                <w:i/>
                <w:iCs/>
                <w:lang w:val="sk-SK"/>
              </w:rPr>
              <w:t>6</w:t>
            </w:r>
            <w:r w:rsidRPr="00C30D6E">
              <w:rPr>
                <w:i/>
                <w:iCs/>
                <w:lang w:val="sk-SK"/>
              </w:rPr>
              <w:t xml:space="preserve">-0105-1234)                                     </w:t>
            </w:r>
          </w:p>
        </w:tc>
        <w:tc>
          <w:tcPr>
            <w:tcW w:w="4389" w:type="dxa"/>
          </w:tcPr>
          <w:p w14:paraId="10CBD933" w14:textId="09110528" w:rsidR="00284FF6" w:rsidRDefault="00284FF6" w:rsidP="00B929F9">
            <w:pPr>
              <w:rPr>
                <w:lang w:val="sk-SK"/>
              </w:rPr>
            </w:pPr>
            <w:r>
              <w:rPr>
                <w:lang w:val="sk-SK"/>
              </w:rPr>
              <w:t>MENO HOLUBA</w:t>
            </w:r>
            <w:r>
              <w:rPr>
                <w:lang w:val="sk-SK"/>
              </w:rPr>
              <w:t xml:space="preserve"> V SÚŤAŽI</w:t>
            </w:r>
          </w:p>
          <w:p w14:paraId="2D7D5FBF" w14:textId="0FDC483C" w:rsidR="00284FF6" w:rsidRDefault="00284FF6" w:rsidP="00B929F9">
            <w:pPr>
              <w:rPr>
                <w:lang w:val="sk-SK"/>
              </w:rPr>
            </w:pPr>
            <w:r>
              <w:rPr>
                <w:lang w:val="sk-SK"/>
              </w:rPr>
              <w:t>(napr. RAKETA)</w:t>
            </w:r>
          </w:p>
        </w:tc>
      </w:tr>
      <w:tr w:rsidR="00284FF6" w14:paraId="26B8389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18CFEF75" w14:textId="4A85B95A" w:rsidR="00284FF6" w:rsidRDefault="00284FF6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1</w:t>
            </w:r>
          </w:p>
        </w:tc>
        <w:tc>
          <w:tcPr>
            <w:tcW w:w="4111" w:type="dxa"/>
            <w:vAlign w:val="center"/>
          </w:tcPr>
          <w:p w14:paraId="7C22295A" w14:textId="6395C5F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5995755" w14:textId="4A70C72C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284FF6" w14:paraId="0D8353DE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460A59F" w14:textId="02E43435" w:rsidR="00284FF6" w:rsidRDefault="00284FF6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2</w:t>
            </w:r>
          </w:p>
        </w:tc>
        <w:tc>
          <w:tcPr>
            <w:tcW w:w="4111" w:type="dxa"/>
            <w:vAlign w:val="center"/>
          </w:tcPr>
          <w:p w14:paraId="0ABE7C4A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8B2C6D9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284FF6" w14:paraId="042FF58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23527BF" w14:textId="382C5F7E" w:rsidR="00284FF6" w:rsidRDefault="00284FF6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1</w:t>
            </w:r>
          </w:p>
        </w:tc>
        <w:tc>
          <w:tcPr>
            <w:tcW w:w="4111" w:type="dxa"/>
            <w:vAlign w:val="center"/>
          </w:tcPr>
          <w:p w14:paraId="4C42716D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2C062E6E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284FF6" w14:paraId="47D38F8B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3EEBCF8E" w14:textId="30C4626F" w:rsidR="00284FF6" w:rsidRDefault="00284FF6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2</w:t>
            </w:r>
          </w:p>
        </w:tc>
        <w:tc>
          <w:tcPr>
            <w:tcW w:w="4111" w:type="dxa"/>
            <w:vAlign w:val="center"/>
          </w:tcPr>
          <w:p w14:paraId="7786504D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76C39261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284FF6" w14:paraId="4DA2B5F7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1A36AE86" w14:textId="32CF8F5F" w:rsidR="00284FF6" w:rsidRDefault="00284FF6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3</w:t>
            </w:r>
          </w:p>
        </w:tc>
        <w:tc>
          <w:tcPr>
            <w:tcW w:w="4111" w:type="dxa"/>
            <w:vAlign w:val="center"/>
          </w:tcPr>
          <w:p w14:paraId="3ED21B27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1D688428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</w:tbl>
    <w:p w14:paraId="4D41CC53" w14:textId="0FB4393B" w:rsidR="00284FF6" w:rsidRPr="00284FF6" w:rsidRDefault="00B929F9" w:rsidP="00284FF6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  <w:lang w:val="sk-SK"/>
        </w:rPr>
        <w:t xml:space="preserve">TEAM </w:t>
      </w:r>
      <w:r>
        <w:rPr>
          <w:b/>
          <w:bCs/>
          <w:lang w:val="sk-SK"/>
        </w:rPr>
        <w:t>B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4389"/>
      </w:tblGrid>
      <w:tr w:rsidR="00284FF6" w14:paraId="78FE7762" w14:textId="77777777" w:rsidTr="00544CB5">
        <w:tc>
          <w:tcPr>
            <w:tcW w:w="1696" w:type="dxa"/>
          </w:tcPr>
          <w:p w14:paraId="704876EC" w14:textId="77777777" w:rsidR="00284FF6" w:rsidRDefault="00284FF6" w:rsidP="00544CB5">
            <w:pPr>
              <w:rPr>
                <w:lang w:val="sk-SK"/>
              </w:rPr>
            </w:pPr>
          </w:p>
        </w:tc>
        <w:tc>
          <w:tcPr>
            <w:tcW w:w="4111" w:type="dxa"/>
          </w:tcPr>
          <w:p w14:paraId="529BF890" w14:textId="77777777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 xml:space="preserve">ČÍSLO KRÚŽKU HOLUBA </w:t>
            </w:r>
          </w:p>
          <w:p w14:paraId="270735B8" w14:textId="4FEFFC35" w:rsidR="00284FF6" w:rsidRDefault="00284FF6" w:rsidP="00544CB5">
            <w:pPr>
              <w:rPr>
                <w:lang w:val="sk-SK"/>
              </w:rPr>
            </w:pPr>
            <w:r w:rsidRPr="00C30D6E">
              <w:rPr>
                <w:i/>
                <w:iCs/>
                <w:lang w:val="sk-SK"/>
              </w:rPr>
              <w:t>(napr. SK2</w:t>
            </w:r>
            <w:r>
              <w:rPr>
                <w:i/>
                <w:iCs/>
                <w:lang w:val="sk-SK"/>
              </w:rPr>
              <w:t>6</w:t>
            </w:r>
            <w:r w:rsidRPr="00C30D6E">
              <w:rPr>
                <w:i/>
                <w:iCs/>
                <w:lang w:val="sk-SK"/>
              </w:rPr>
              <w:t xml:space="preserve">-0105-1234)                                     </w:t>
            </w:r>
          </w:p>
        </w:tc>
        <w:tc>
          <w:tcPr>
            <w:tcW w:w="4389" w:type="dxa"/>
          </w:tcPr>
          <w:p w14:paraId="103E68F3" w14:textId="75C65D07" w:rsidR="00284FF6" w:rsidRDefault="00284FF6" w:rsidP="00544CB5">
            <w:pPr>
              <w:rPr>
                <w:lang w:val="sk-SK"/>
              </w:rPr>
            </w:pPr>
            <w:r>
              <w:rPr>
                <w:lang w:val="sk-SK"/>
              </w:rPr>
              <w:t xml:space="preserve">MENO HOLUBA </w:t>
            </w:r>
            <w:r>
              <w:rPr>
                <w:lang w:val="sk-SK"/>
              </w:rPr>
              <w:t>V SÚŤAŽI</w:t>
            </w:r>
          </w:p>
          <w:p w14:paraId="5AA4A298" w14:textId="7758443A" w:rsidR="00284FF6" w:rsidRDefault="00284FF6" w:rsidP="00544CB5">
            <w:pPr>
              <w:rPr>
                <w:lang w:val="sk-SK"/>
              </w:rPr>
            </w:pPr>
            <w:r>
              <w:rPr>
                <w:lang w:val="sk-SK"/>
              </w:rPr>
              <w:t>(napr. RAKETA)</w:t>
            </w:r>
          </w:p>
        </w:tc>
      </w:tr>
      <w:tr w:rsidR="00284FF6" w14:paraId="4676FFC1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5536E675" w14:textId="77777777" w:rsidR="00284FF6" w:rsidRDefault="00284FF6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1</w:t>
            </w:r>
          </w:p>
        </w:tc>
        <w:tc>
          <w:tcPr>
            <w:tcW w:w="4111" w:type="dxa"/>
            <w:vAlign w:val="center"/>
          </w:tcPr>
          <w:p w14:paraId="3633FA16" w14:textId="77777777" w:rsidR="00284FF6" w:rsidRDefault="00284FF6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030DE0D5" w14:textId="77777777" w:rsidR="00284FF6" w:rsidRDefault="00284FF6" w:rsidP="00544CB5">
            <w:pPr>
              <w:jc w:val="center"/>
              <w:rPr>
                <w:lang w:val="sk-SK"/>
              </w:rPr>
            </w:pPr>
          </w:p>
        </w:tc>
      </w:tr>
      <w:tr w:rsidR="00284FF6" w14:paraId="66DF915A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5E3E67AE" w14:textId="77777777" w:rsidR="00284FF6" w:rsidRDefault="00284FF6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2</w:t>
            </w:r>
          </w:p>
        </w:tc>
        <w:tc>
          <w:tcPr>
            <w:tcW w:w="4111" w:type="dxa"/>
            <w:vAlign w:val="center"/>
          </w:tcPr>
          <w:p w14:paraId="1B1C6384" w14:textId="77777777" w:rsidR="00284FF6" w:rsidRDefault="00284FF6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2B22889C" w14:textId="77777777" w:rsidR="00284FF6" w:rsidRDefault="00284FF6" w:rsidP="00544CB5">
            <w:pPr>
              <w:jc w:val="center"/>
              <w:rPr>
                <w:lang w:val="sk-SK"/>
              </w:rPr>
            </w:pPr>
          </w:p>
        </w:tc>
      </w:tr>
      <w:tr w:rsidR="00284FF6" w14:paraId="034A0927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29D80AE1" w14:textId="77777777" w:rsidR="00284FF6" w:rsidRDefault="00284FF6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1</w:t>
            </w:r>
          </w:p>
        </w:tc>
        <w:tc>
          <w:tcPr>
            <w:tcW w:w="4111" w:type="dxa"/>
            <w:vAlign w:val="center"/>
          </w:tcPr>
          <w:p w14:paraId="602623C4" w14:textId="77777777" w:rsidR="00284FF6" w:rsidRDefault="00284FF6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323701BA" w14:textId="77777777" w:rsidR="00284FF6" w:rsidRDefault="00284FF6" w:rsidP="00544CB5">
            <w:pPr>
              <w:jc w:val="center"/>
              <w:rPr>
                <w:lang w:val="sk-SK"/>
              </w:rPr>
            </w:pPr>
          </w:p>
        </w:tc>
      </w:tr>
      <w:tr w:rsidR="00284FF6" w14:paraId="66B26967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4A4DC2B5" w14:textId="77777777" w:rsidR="00284FF6" w:rsidRDefault="00284FF6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2</w:t>
            </w:r>
          </w:p>
        </w:tc>
        <w:tc>
          <w:tcPr>
            <w:tcW w:w="4111" w:type="dxa"/>
            <w:vAlign w:val="center"/>
          </w:tcPr>
          <w:p w14:paraId="243373AC" w14:textId="77777777" w:rsidR="00284FF6" w:rsidRDefault="00284FF6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64E956C3" w14:textId="77777777" w:rsidR="00284FF6" w:rsidRDefault="00284FF6" w:rsidP="00544CB5">
            <w:pPr>
              <w:jc w:val="center"/>
              <w:rPr>
                <w:lang w:val="sk-SK"/>
              </w:rPr>
            </w:pPr>
          </w:p>
        </w:tc>
      </w:tr>
      <w:tr w:rsidR="00284FF6" w14:paraId="7E73CE85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65828A34" w14:textId="77777777" w:rsidR="00284FF6" w:rsidRDefault="00284FF6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3</w:t>
            </w:r>
          </w:p>
        </w:tc>
        <w:tc>
          <w:tcPr>
            <w:tcW w:w="4111" w:type="dxa"/>
            <w:vAlign w:val="center"/>
          </w:tcPr>
          <w:p w14:paraId="5BFCDB69" w14:textId="77777777" w:rsidR="00284FF6" w:rsidRDefault="00284FF6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0E7A21EA" w14:textId="77777777" w:rsidR="00284FF6" w:rsidRDefault="00284FF6" w:rsidP="00544CB5">
            <w:pPr>
              <w:jc w:val="center"/>
              <w:rPr>
                <w:lang w:val="sk-SK"/>
              </w:rPr>
            </w:pPr>
          </w:p>
        </w:tc>
      </w:tr>
    </w:tbl>
    <w:p w14:paraId="3BC6AD37" w14:textId="77777777" w:rsidR="00284FF6" w:rsidRDefault="00284FF6" w:rsidP="00284FF6">
      <w:pPr>
        <w:spacing w:after="0" w:line="240" w:lineRule="auto"/>
        <w:rPr>
          <w:lang w:val="sk-SK"/>
        </w:rPr>
      </w:pP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2263"/>
        <w:gridCol w:w="7938"/>
      </w:tblGrid>
      <w:tr w:rsidR="00284FF6" w14:paraId="35E1C6B5" w14:textId="77777777" w:rsidTr="00284FF6">
        <w:tc>
          <w:tcPr>
            <w:tcW w:w="2263" w:type="dxa"/>
            <w:vAlign w:val="center"/>
          </w:tcPr>
          <w:p w14:paraId="3BBDC144" w14:textId="77777777" w:rsidR="00284FF6" w:rsidRDefault="00284FF6" w:rsidP="00284FF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MENO MAJITEĽA </w:t>
            </w:r>
          </w:p>
          <w:p w14:paraId="27FA1108" w14:textId="18D4EE11" w:rsidR="00284FF6" w:rsidRPr="00284FF6" w:rsidRDefault="00284FF6" w:rsidP="00284FF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TÍMU:</w:t>
            </w:r>
            <w:r w:rsidRPr="00B929F9">
              <w:rPr>
                <w:noProof/>
              </w:rPr>
              <w:t xml:space="preserve"> </w:t>
            </w:r>
          </w:p>
        </w:tc>
        <w:tc>
          <w:tcPr>
            <w:tcW w:w="7938" w:type="dxa"/>
          </w:tcPr>
          <w:p w14:paraId="3F6C395F" w14:textId="77777777" w:rsidR="00284FF6" w:rsidRDefault="00284FF6" w:rsidP="00284FF6">
            <w:pPr>
              <w:rPr>
                <w:lang w:val="sk-SK"/>
              </w:rPr>
            </w:pPr>
          </w:p>
        </w:tc>
      </w:tr>
      <w:tr w:rsidR="00284FF6" w14:paraId="512717C9" w14:textId="77777777" w:rsidTr="00284FF6">
        <w:tc>
          <w:tcPr>
            <w:tcW w:w="2263" w:type="dxa"/>
            <w:vAlign w:val="center"/>
          </w:tcPr>
          <w:p w14:paraId="3190D563" w14:textId="4700132E" w:rsidR="00284FF6" w:rsidRDefault="00284FF6" w:rsidP="00284FF6">
            <w:pPr>
              <w:rPr>
                <w:lang w:val="sk-SK"/>
              </w:rPr>
            </w:pPr>
            <w:r>
              <w:rPr>
                <w:b/>
                <w:bCs/>
                <w:lang w:val="sk-SK"/>
              </w:rPr>
              <w:t>ADRESA:</w:t>
            </w:r>
          </w:p>
        </w:tc>
        <w:tc>
          <w:tcPr>
            <w:tcW w:w="7938" w:type="dxa"/>
            <w:vAlign w:val="center"/>
          </w:tcPr>
          <w:p w14:paraId="1C570352" w14:textId="77777777" w:rsidR="00284FF6" w:rsidRDefault="00284FF6" w:rsidP="00284FF6">
            <w:pPr>
              <w:rPr>
                <w:lang w:val="sk-SK"/>
              </w:rPr>
            </w:pPr>
          </w:p>
        </w:tc>
      </w:tr>
      <w:tr w:rsidR="00284FF6" w14:paraId="72D47A75" w14:textId="77777777" w:rsidTr="00284FF6">
        <w:tc>
          <w:tcPr>
            <w:tcW w:w="2263" w:type="dxa"/>
            <w:vAlign w:val="center"/>
          </w:tcPr>
          <w:p w14:paraId="63C8604B" w14:textId="68EC97E9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ŠTÁT:</w:t>
            </w:r>
          </w:p>
        </w:tc>
        <w:tc>
          <w:tcPr>
            <w:tcW w:w="7938" w:type="dxa"/>
            <w:vAlign w:val="center"/>
          </w:tcPr>
          <w:p w14:paraId="19231B21" w14:textId="77777777" w:rsidR="00284FF6" w:rsidRDefault="00284FF6" w:rsidP="00284FF6">
            <w:pPr>
              <w:rPr>
                <w:lang w:val="sk-SK"/>
              </w:rPr>
            </w:pPr>
          </w:p>
        </w:tc>
      </w:tr>
      <w:tr w:rsidR="00284FF6" w14:paraId="294449E4" w14:textId="77777777" w:rsidTr="00284FF6">
        <w:tc>
          <w:tcPr>
            <w:tcW w:w="2263" w:type="dxa"/>
            <w:vAlign w:val="center"/>
          </w:tcPr>
          <w:p w14:paraId="5C6AC08E" w14:textId="578CBB6E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ČÍSLO TELEFÓNU:</w:t>
            </w:r>
          </w:p>
        </w:tc>
        <w:tc>
          <w:tcPr>
            <w:tcW w:w="7938" w:type="dxa"/>
            <w:vAlign w:val="center"/>
          </w:tcPr>
          <w:p w14:paraId="0669F0B7" w14:textId="77777777" w:rsidR="00284FF6" w:rsidRDefault="00284FF6" w:rsidP="00284FF6">
            <w:pPr>
              <w:rPr>
                <w:lang w:val="sk-SK"/>
              </w:rPr>
            </w:pPr>
          </w:p>
        </w:tc>
      </w:tr>
      <w:tr w:rsidR="00284FF6" w14:paraId="5AC3D2F6" w14:textId="77777777" w:rsidTr="00284FF6">
        <w:tc>
          <w:tcPr>
            <w:tcW w:w="2263" w:type="dxa"/>
            <w:vAlign w:val="center"/>
          </w:tcPr>
          <w:p w14:paraId="3BD36627" w14:textId="4CFF597B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 xml:space="preserve">E-MAIL: </w:t>
            </w:r>
          </w:p>
        </w:tc>
        <w:tc>
          <w:tcPr>
            <w:tcW w:w="7938" w:type="dxa"/>
            <w:vAlign w:val="center"/>
          </w:tcPr>
          <w:p w14:paraId="3802B418" w14:textId="77777777" w:rsidR="00284FF6" w:rsidRDefault="00284FF6" w:rsidP="00284FF6">
            <w:pPr>
              <w:rPr>
                <w:lang w:val="sk-SK"/>
              </w:rPr>
            </w:pPr>
          </w:p>
        </w:tc>
      </w:tr>
      <w:tr w:rsidR="00284FF6" w14:paraId="092E1AAA" w14:textId="77777777" w:rsidTr="00284FF6">
        <w:tc>
          <w:tcPr>
            <w:tcW w:w="2263" w:type="dxa"/>
            <w:vAlign w:val="center"/>
          </w:tcPr>
          <w:p w14:paraId="258103D5" w14:textId="457B282E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MENO KOORDINÁTORA:</w:t>
            </w:r>
          </w:p>
        </w:tc>
        <w:tc>
          <w:tcPr>
            <w:tcW w:w="7938" w:type="dxa"/>
            <w:vAlign w:val="center"/>
          </w:tcPr>
          <w:p w14:paraId="617CBB66" w14:textId="2C7F9C02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Krajčík Daniel</w:t>
            </w:r>
          </w:p>
        </w:tc>
      </w:tr>
    </w:tbl>
    <w:p w14:paraId="2BCAAFCD" w14:textId="526D7660" w:rsidR="00B929F9" w:rsidRPr="00C30D6E" w:rsidRDefault="00B929F9" w:rsidP="00B929F9">
      <w:pPr>
        <w:spacing w:after="0" w:line="240" w:lineRule="auto"/>
        <w:rPr>
          <w:b/>
          <w:bCs/>
          <w:lang w:val="sk-SK"/>
        </w:rPr>
      </w:pPr>
      <w:r w:rsidRPr="00C30D6E">
        <w:rPr>
          <w:b/>
          <w:bCs/>
          <w:lang w:val="sk-SK"/>
        </w:rPr>
        <w:t>PLATBA (1000 EUR)</w:t>
      </w:r>
      <w:r w:rsidR="00260EF4">
        <w:rPr>
          <w:b/>
          <w:bCs/>
          <w:lang w:val="sk-SK"/>
        </w:rPr>
        <w:t>:</w:t>
      </w:r>
      <w:r w:rsidRPr="00C30D6E">
        <w:rPr>
          <w:b/>
          <w:bCs/>
          <w:lang w:val="sk-SK"/>
        </w:rPr>
        <w:t xml:space="preserve">                                                                  TU NAPÍŠTE KOĽKO STE ZAPLATILI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29"/>
        <w:gridCol w:w="5472"/>
      </w:tblGrid>
      <w:tr w:rsidR="00B929F9" w14:paraId="70BAC914" w14:textId="77777777" w:rsidTr="00C30D6E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0A333" w14:textId="5CDA497E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PRIAMA AGENTOVI NA ÚČET</w:t>
            </w:r>
          </w:p>
        </w:tc>
        <w:tc>
          <w:tcPr>
            <w:tcW w:w="5560" w:type="dxa"/>
            <w:tcBorders>
              <w:left w:val="single" w:sz="4" w:space="0" w:color="auto"/>
            </w:tcBorders>
          </w:tcPr>
          <w:p w14:paraId="00E1C7CE" w14:textId="77777777" w:rsidR="00B929F9" w:rsidRDefault="00B929F9" w:rsidP="00B929F9">
            <w:pPr>
              <w:rPr>
                <w:lang w:val="sk-SK"/>
              </w:rPr>
            </w:pPr>
          </w:p>
        </w:tc>
      </w:tr>
      <w:tr w:rsidR="00B929F9" w14:paraId="36E82380" w14:textId="77777777" w:rsidTr="00C30D6E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0FAA7" w14:textId="38CEA8B8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HOTOVOSŤ AGENTOVI</w:t>
            </w:r>
          </w:p>
        </w:tc>
        <w:tc>
          <w:tcPr>
            <w:tcW w:w="5560" w:type="dxa"/>
            <w:tcBorders>
              <w:left w:val="single" w:sz="4" w:space="0" w:color="auto"/>
            </w:tcBorders>
          </w:tcPr>
          <w:p w14:paraId="2E5CBDBF" w14:textId="77777777" w:rsidR="00B929F9" w:rsidRDefault="00B929F9" w:rsidP="00B929F9">
            <w:pPr>
              <w:rPr>
                <w:lang w:val="sk-SK"/>
              </w:rPr>
            </w:pPr>
          </w:p>
        </w:tc>
      </w:tr>
      <w:tr w:rsidR="00B929F9" w14:paraId="255C6D7C" w14:textId="77777777" w:rsidTr="00C30D6E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6DFBD" w14:textId="5C48F247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BANK</w:t>
            </w:r>
            <w:r w:rsidR="00260EF4">
              <w:rPr>
                <w:lang w:val="sk-SK"/>
              </w:rPr>
              <w:t>.</w:t>
            </w:r>
            <w:r>
              <w:rPr>
                <w:lang w:val="sk-SK"/>
              </w:rPr>
              <w:t xml:space="preserve"> PREVOD </w:t>
            </w:r>
            <w:r w:rsidR="00260EF4">
              <w:rPr>
                <w:lang w:val="sk-SK"/>
              </w:rPr>
              <w:t>NA ÚČET</w:t>
            </w:r>
            <w:r>
              <w:rPr>
                <w:lang w:val="sk-SK"/>
              </w:rPr>
              <w:t xml:space="preserve"> ALGARVE GOLDEN R</w:t>
            </w:r>
            <w:r w:rsidR="00260EF4">
              <w:rPr>
                <w:lang w:val="sk-SK"/>
              </w:rPr>
              <w:t>.</w:t>
            </w:r>
          </w:p>
        </w:tc>
        <w:tc>
          <w:tcPr>
            <w:tcW w:w="5560" w:type="dxa"/>
            <w:tcBorders>
              <w:left w:val="single" w:sz="4" w:space="0" w:color="auto"/>
            </w:tcBorders>
          </w:tcPr>
          <w:p w14:paraId="6CF24560" w14:textId="77777777" w:rsidR="00B929F9" w:rsidRDefault="00B929F9" w:rsidP="00B929F9">
            <w:pPr>
              <w:rPr>
                <w:lang w:val="sk-SK"/>
              </w:rPr>
            </w:pPr>
          </w:p>
        </w:tc>
      </w:tr>
      <w:tr w:rsidR="00B929F9" w14:paraId="69528A2E" w14:textId="77777777" w:rsidTr="00C30D6E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6BA8C" w14:textId="188B58F0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HOTOVOSŤ ZAPL. V ALGARVE GOLDEN RACE</w:t>
            </w:r>
          </w:p>
        </w:tc>
        <w:tc>
          <w:tcPr>
            <w:tcW w:w="5560" w:type="dxa"/>
            <w:tcBorders>
              <w:left w:val="single" w:sz="4" w:space="0" w:color="auto"/>
            </w:tcBorders>
          </w:tcPr>
          <w:p w14:paraId="514F468E" w14:textId="77777777" w:rsidR="00B929F9" w:rsidRDefault="00B929F9" w:rsidP="00B929F9">
            <w:pPr>
              <w:rPr>
                <w:lang w:val="sk-SK"/>
              </w:rPr>
            </w:pPr>
          </w:p>
        </w:tc>
      </w:tr>
    </w:tbl>
    <w:p w14:paraId="5030C0BC" w14:textId="77777777" w:rsidR="00260EF4" w:rsidRDefault="00260EF4" w:rsidP="00C30D6E">
      <w:pPr>
        <w:spacing w:after="0" w:line="240" w:lineRule="auto"/>
        <w:rPr>
          <w:lang w:val="sk-SK"/>
        </w:rPr>
      </w:pPr>
    </w:p>
    <w:p w14:paraId="4FC6A3F3" w14:textId="75837BC9" w:rsidR="00C30D6E" w:rsidRDefault="00B929F9" w:rsidP="00C30D6E">
      <w:pPr>
        <w:spacing w:after="0" w:line="240" w:lineRule="auto"/>
      </w:pPr>
      <w:r>
        <w:rPr>
          <w:lang w:val="sk-SK"/>
        </w:rPr>
        <w:t xml:space="preserve">Svojím podpisom potvrdzujem, že som si prečítal pravidlá a podmienky súťaže pre sezónu 2026, ktoré sú dostupné na stránke </w:t>
      </w:r>
      <w:hyperlink r:id="rId7" w:history="1">
        <w:r w:rsidRPr="000001AF">
          <w:rPr>
            <w:rStyle w:val="Hypertextovprepojenie"/>
            <w:lang w:val="sk-SK"/>
          </w:rPr>
          <w:t>www.goldenracealgarve.com</w:t>
        </w:r>
      </w:hyperlink>
      <w:r>
        <w:rPr>
          <w:lang w:val="sk-SK"/>
        </w:rPr>
        <w:t xml:space="preserve"> a akceptujem ich: </w:t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>_____________________________________</w:t>
      </w:r>
    </w:p>
    <w:p w14:paraId="1DC49F7F" w14:textId="508BF5DA" w:rsidR="00EC51B7" w:rsidRDefault="00C30D6E" w:rsidP="00B929F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Váš</w:t>
      </w:r>
      <w:proofErr w:type="spellEnd"/>
      <w:r>
        <w:t xml:space="preserve"> </w:t>
      </w:r>
      <w:proofErr w:type="spellStart"/>
      <w:r>
        <w:t>podpis</w:t>
      </w:r>
      <w:proofErr w:type="spellEnd"/>
    </w:p>
    <w:p w14:paraId="19DCFD46" w14:textId="7DF81421" w:rsidR="00260EF4" w:rsidRDefault="00260EF4">
      <w:r>
        <w:br w:type="page"/>
      </w:r>
    </w:p>
    <w:p w14:paraId="27007387" w14:textId="77777777" w:rsidR="00260EF4" w:rsidRDefault="00260EF4" w:rsidP="00260EF4">
      <w:pPr>
        <w:spacing w:after="0" w:line="240" w:lineRule="auto"/>
        <w:rPr>
          <w:b/>
          <w:bCs/>
        </w:rPr>
      </w:pPr>
    </w:p>
    <w:p w14:paraId="122848F9" w14:textId="28CEF7AD" w:rsidR="00260EF4" w:rsidRPr="00B929F9" w:rsidRDefault="00260EF4" w:rsidP="00260EF4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</w:rPr>
        <w:t>2026 – PRIHL</w:t>
      </w:r>
      <w:r w:rsidRPr="00B929F9">
        <w:rPr>
          <w:b/>
          <w:bCs/>
          <w:lang w:val="sk-SK"/>
        </w:rPr>
        <w:t>ÁŠKA</w:t>
      </w:r>
    </w:p>
    <w:p w14:paraId="2E8424AB" w14:textId="77777777" w:rsidR="00260EF4" w:rsidRDefault="00260EF4" w:rsidP="00260EF4">
      <w:pPr>
        <w:spacing w:after="0" w:line="240" w:lineRule="auto"/>
        <w:rPr>
          <w:lang w:val="sk-SK"/>
        </w:rPr>
      </w:pPr>
      <w:r>
        <w:rPr>
          <w:lang w:val="sk-SK"/>
        </w:rPr>
        <w:t>MEPI-GRA</w:t>
      </w:r>
    </w:p>
    <w:p w14:paraId="1E7F6E0B" w14:textId="77777777" w:rsidR="00260EF4" w:rsidRPr="00B929F9" w:rsidRDefault="00260EF4" w:rsidP="00260EF4">
      <w:pPr>
        <w:spacing w:after="0" w:line="240" w:lineRule="auto"/>
        <w:rPr>
          <w:b/>
          <w:bCs/>
          <w:lang w:val="sk-SK"/>
        </w:rPr>
      </w:pPr>
      <w:proofErr w:type="spellStart"/>
      <w:r w:rsidRPr="00B929F9">
        <w:rPr>
          <w:b/>
          <w:bCs/>
          <w:lang w:val="sk-SK"/>
        </w:rPr>
        <w:t>Million</w:t>
      </w:r>
      <w:proofErr w:type="spellEnd"/>
      <w:r w:rsidRPr="00B929F9">
        <w:rPr>
          <w:b/>
          <w:bCs/>
          <w:lang w:val="sk-SK"/>
        </w:rPr>
        <w:t xml:space="preserve"> Euro </w:t>
      </w:r>
      <w:proofErr w:type="spellStart"/>
      <w:r w:rsidRPr="00B929F9">
        <w:rPr>
          <w:b/>
          <w:bCs/>
          <w:lang w:val="sk-SK"/>
        </w:rPr>
        <w:t>Pigeons-Golden</w:t>
      </w:r>
      <w:proofErr w:type="spellEnd"/>
      <w:r w:rsidRPr="00B929F9">
        <w:rPr>
          <w:b/>
          <w:bCs/>
          <w:lang w:val="sk-SK"/>
        </w:rPr>
        <w:t xml:space="preserve"> </w:t>
      </w:r>
      <w:proofErr w:type="spellStart"/>
      <w:r w:rsidRPr="00B929F9">
        <w:rPr>
          <w:b/>
          <w:bCs/>
          <w:lang w:val="sk-SK"/>
        </w:rPr>
        <w:t>Race</w:t>
      </w:r>
      <w:proofErr w:type="spellEnd"/>
      <w:r w:rsidRPr="00B929F9">
        <w:rPr>
          <w:b/>
          <w:bCs/>
          <w:lang w:val="sk-SK"/>
        </w:rPr>
        <w:t xml:space="preserve"> </w:t>
      </w:r>
      <w:proofErr w:type="spellStart"/>
      <w:r w:rsidRPr="00B929F9">
        <w:rPr>
          <w:b/>
          <w:bCs/>
          <w:lang w:val="sk-SK"/>
        </w:rPr>
        <w:t>Algarve</w:t>
      </w:r>
      <w:proofErr w:type="spellEnd"/>
    </w:p>
    <w:p w14:paraId="19AD5F22" w14:textId="77777777" w:rsidR="00260EF4" w:rsidRDefault="00260EF4" w:rsidP="00260EF4">
      <w:pPr>
        <w:spacing w:after="0" w:line="240" w:lineRule="auto"/>
        <w:rPr>
          <w:lang w:val="sk-SK"/>
        </w:rPr>
      </w:pPr>
      <w:r>
        <w:rPr>
          <w:lang w:val="sk-SK"/>
        </w:rPr>
        <w:t>!Nové číslo účtu pre sezónu 2026!</w:t>
      </w:r>
    </w:p>
    <w:p w14:paraId="2B276B9A" w14:textId="77777777" w:rsidR="00260EF4" w:rsidRPr="00B929F9" w:rsidRDefault="00260EF4" w:rsidP="00260EF4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  <w:lang w:val="sk-SK"/>
        </w:rPr>
        <w:t>IBAN: PT80 0010 0000 6525 1370 0017 9</w:t>
      </w:r>
      <w:r>
        <w:rPr>
          <w:b/>
          <w:bCs/>
          <w:lang w:val="sk-SK"/>
        </w:rPr>
        <w:t xml:space="preserve">                  </w:t>
      </w:r>
      <w:r w:rsidRPr="00B929F9">
        <w:rPr>
          <w:b/>
          <w:bCs/>
          <w:lang w:val="sk-SK"/>
        </w:rPr>
        <w:t xml:space="preserve">BIC SWIFT: </w:t>
      </w:r>
      <w:r w:rsidRPr="00B929F9">
        <w:rPr>
          <w:b/>
          <w:bCs/>
          <w:lang w:val="en-GB"/>
        </w:rPr>
        <w:t>BBPIPTPL</w:t>
      </w:r>
    </w:p>
    <w:p w14:paraId="2257BB07" w14:textId="77777777" w:rsidR="00260EF4" w:rsidRDefault="00260EF4" w:rsidP="00260EF4">
      <w:pPr>
        <w:spacing w:after="0" w:line="240" w:lineRule="auto"/>
        <w:rPr>
          <w:lang w:val="en-GB"/>
        </w:rPr>
      </w:pPr>
    </w:p>
    <w:p w14:paraId="1AAECB58" w14:textId="77777777" w:rsidR="00260EF4" w:rsidRDefault="00260EF4" w:rsidP="00260EF4">
      <w:pPr>
        <w:spacing w:after="0" w:line="240" w:lineRule="auto"/>
        <w:rPr>
          <w:lang w:val="sk-SK"/>
        </w:rPr>
      </w:pPr>
      <w:r>
        <w:rPr>
          <w:lang w:val="en-GB"/>
        </w:rPr>
        <w:t>N</w:t>
      </w:r>
      <w:r>
        <w:rPr>
          <w:lang w:val="sk-SK"/>
        </w:rPr>
        <w:t>ÁZOV VÁŠHO TÍMU: __________________________________________________________________________________________________</w:t>
      </w:r>
    </w:p>
    <w:p w14:paraId="3EBBB39A" w14:textId="77777777" w:rsidR="00260EF4" w:rsidRDefault="00260EF4" w:rsidP="00260EF4">
      <w:pPr>
        <w:spacing w:after="0" w:line="240" w:lineRule="auto"/>
        <w:rPr>
          <w:lang w:val="sk-SK"/>
        </w:rPr>
      </w:pPr>
    </w:p>
    <w:p w14:paraId="41E60378" w14:textId="77777777" w:rsidR="00260EF4" w:rsidRPr="00B929F9" w:rsidRDefault="00260EF4" w:rsidP="00260EF4">
      <w:pPr>
        <w:spacing w:after="0" w:line="240" w:lineRule="auto"/>
        <w:rPr>
          <w:lang w:val="sk-SK"/>
        </w:rPr>
      </w:pPr>
      <w:r>
        <w:rPr>
          <w:lang w:val="sk-SK"/>
        </w:rPr>
        <w:t>ČÍSLO VÁŠHO TÍMU (Z MINULÉHO ROKA, AK HO NEVIETE, KOORDINÁTOR HO VYPÍŠE): ______________________</w:t>
      </w:r>
    </w:p>
    <w:p w14:paraId="301FFB58" w14:textId="77777777" w:rsidR="00260EF4" w:rsidRDefault="00260EF4" w:rsidP="00260EF4">
      <w:pPr>
        <w:spacing w:after="0" w:line="240" w:lineRule="auto"/>
        <w:rPr>
          <w:lang w:val="sk-SK"/>
        </w:rPr>
      </w:pPr>
    </w:p>
    <w:p w14:paraId="55FA3642" w14:textId="77777777" w:rsidR="00260EF4" w:rsidRDefault="00260EF4" w:rsidP="00260EF4">
      <w:pPr>
        <w:spacing w:after="0" w:line="240" w:lineRule="auto"/>
        <w:rPr>
          <w:lang w:val="sk-SK"/>
        </w:rPr>
      </w:pPr>
      <w:r>
        <w:rPr>
          <w:lang w:val="sk-SK"/>
        </w:rPr>
        <w:t>STE U NÁS PRVÝKRÁT ÚČASTNÍKOM (Y=YES=ÁNO, N=NO=NIE):  ______________________________</w:t>
      </w:r>
    </w:p>
    <w:p w14:paraId="5B52EA1E" w14:textId="552CFEA5" w:rsidR="00260EF4" w:rsidRPr="00284FF6" w:rsidRDefault="00260EF4" w:rsidP="00260EF4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  <w:lang w:val="sk-SK"/>
        </w:rPr>
        <w:t xml:space="preserve">TEAM </w:t>
      </w:r>
      <w:r>
        <w:rPr>
          <w:b/>
          <w:bCs/>
          <w:lang w:val="sk-SK"/>
        </w:rPr>
        <w:t>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4389"/>
      </w:tblGrid>
      <w:tr w:rsidR="00260EF4" w14:paraId="7D5DE463" w14:textId="77777777" w:rsidTr="00544CB5">
        <w:tc>
          <w:tcPr>
            <w:tcW w:w="1696" w:type="dxa"/>
          </w:tcPr>
          <w:p w14:paraId="16EC68D4" w14:textId="77777777" w:rsidR="00260EF4" w:rsidRDefault="00260EF4" w:rsidP="00544CB5">
            <w:pPr>
              <w:rPr>
                <w:lang w:val="sk-SK"/>
              </w:rPr>
            </w:pPr>
          </w:p>
        </w:tc>
        <w:tc>
          <w:tcPr>
            <w:tcW w:w="4111" w:type="dxa"/>
          </w:tcPr>
          <w:p w14:paraId="067E3E06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 xml:space="preserve">ČÍSLO KRÚŽKU HOLUBA </w:t>
            </w:r>
          </w:p>
          <w:p w14:paraId="341E17B7" w14:textId="77777777" w:rsidR="00260EF4" w:rsidRDefault="00260EF4" w:rsidP="00544CB5">
            <w:pPr>
              <w:rPr>
                <w:lang w:val="sk-SK"/>
              </w:rPr>
            </w:pPr>
            <w:r w:rsidRPr="00C30D6E">
              <w:rPr>
                <w:i/>
                <w:iCs/>
                <w:lang w:val="sk-SK"/>
              </w:rPr>
              <w:t>(napr. SK2</w:t>
            </w:r>
            <w:r>
              <w:rPr>
                <w:i/>
                <w:iCs/>
                <w:lang w:val="sk-SK"/>
              </w:rPr>
              <w:t>6</w:t>
            </w:r>
            <w:r w:rsidRPr="00C30D6E">
              <w:rPr>
                <w:i/>
                <w:iCs/>
                <w:lang w:val="sk-SK"/>
              </w:rPr>
              <w:t xml:space="preserve">-0105-1234)                                     </w:t>
            </w:r>
          </w:p>
        </w:tc>
        <w:tc>
          <w:tcPr>
            <w:tcW w:w="4389" w:type="dxa"/>
          </w:tcPr>
          <w:p w14:paraId="01808F6A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MENO HOLUBA V SÚŤAŽI</w:t>
            </w:r>
          </w:p>
          <w:p w14:paraId="3C0A975F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(napr. RAKETA)</w:t>
            </w:r>
          </w:p>
        </w:tc>
      </w:tr>
      <w:tr w:rsidR="00260EF4" w14:paraId="68D8C74A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160F9D35" w14:textId="77777777" w:rsidR="00260EF4" w:rsidRDefault="00260EF4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1</w:t>
            </w:r>
          </w:p>
        </w:tc>
        <w:tc>
          <w:tcPr>
            <w:tcW w:w="4111" w:type="dxa"/>
            <w:vAlign w:val="center"/>
          </w:tcPr>
          <w:p w14:paraId="700EBBD0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0048184C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</w:tr>
      <w:tr w:rsidR="00260EF4" w14:paraId="75DF264A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5F625E1D" w14:textId="77777777" w:rsidR="00260EF4" w:rsidRDefault="00260EF4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2</w:t>
            </w:r>
          </w:p>
        </w:tc>
        <w:tc>
          <w:tcPr>
            <w:tcW w:w="4111" w:type="dxa"/>
            <w:vAlign w:val="center"/>
          </w:tcPr>
          <w:p w14:paraId="5BC16CE7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267BC91D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</w:tr>
      <w:tr w:rsidR="00260EF4" w14:paraId="3C2527B9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0CCCCD09" w14:textId="77777777" w:rsidR="00260EF4" w:rsidRDefault="00260EF4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1</w:t>
            </w:r>
          </w:p>
        </w:tc>
        <w:tc>
          <w:tcPr>
            <w:tcW w:w="4111" w:type="dxa"/>
            <w:vAlign w:val="center"/>
          </w:tcPr>
          <w:p w14:paraId="27E29854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3AFAA1FD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</w:tr>
      <w:tr w:rsidR="00260EF4" w14:paraId="09F54E14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7871C29D" w14:textId="77777777" w:rsidR="00260EF4" w:rsidRDefault="00260EF4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2</w:t>
            </w:r>
          </w:p>
        </w:tc>
        <w:tc>
          <w:tcPr>
            <w:tcW w:w="4111" w:type="dxa"/>
            <w:vAlign w:val="center"/>
          </w:tcPr>
          <w:p w14:paraId="3F43FC25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2E2CDBB4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</w:tr>
      <w:tr w:rsidR="00260EF4" w14:paraId="720CEF9A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22C105E5" w14:textId="77777777" w:rsidR="00260EF4" w:rsidRDefault="00260EF4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3</w:t>
            </w:r>
          </w:p>
        </w:tc>
        <w:tc>
          <w:tcPr>
            <w:tcW w:w="4111" w:type="dxa"/>
            <w:vAlign w:val="center"/>
          </w:tcPr>
          <w:p w14:paraId="620BF79C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0026F836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</w:tr>
    </w:tbl>
    <w:p w14:paraId="3C72B4EC" w14:textId="265CD53E" w:rsidR="00260EF4" w:rsidRPr="00284FF6" w:rsidRDefault="00260EF4" w:rsidP="00260EF4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  <w:lang w:val="sk-SK"/>
        </w:rPr>
        <w:t xml:space="preserve">TEAM </w:t>
      </w:r>
      <w:r>
        <w:rPr>
          <w:b/>
          <w:bCs/>
          <w:lang w:val="sk-SK"/>
        </w:rPr>
        <w:t>D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4389"/>
      </w:tblGrid>
      <w:tr w:rsidR="00260EF4" w14:paraId="5ABEF679" w14:textId="77777777" w:rsidTr="00544CB5">
        <w:tc>
          <w:tcPr>
            <w:tcW w:w="1696" w:type="dxa"/>
          </w:tcPr>
          <w:p w14:paraId="1793840C" w14:textId="77777777" w:rsidR="00260EF4" w:rsidRDefault="00260EF4" w:rsidP="00544CB5">
            <w:pPr>
              <w:rPr>
                <w:lang w:val="sk-SK"/>
              </w:rPr>
            </w:pPr>
          </w:p>
        </w:tc>
        <w:tc>
          <w:tcPr>
            <w:tcW w:w="4111" w:type="dxa"/>
          </w:tcPr>
          <w:p w14:paraId="113D90B0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 xml:space="preserve">ČÍSLO KRÚŽKU HOLUBA </w:t>
            </w:r>
          </w:p>
          <w:p w14:paraId="01E458A1" w14:textId="77777777" w:rsidR="00260EF4" w:rsidRDefault="00260EF4" w:rsidP="00544CB5">
            <w:pPr>
              <w:rPr>
                <w:lang w:val="sk-SK"/>
              </w:rPr>
            </w:pPr>
            <w:r w:rsidRPr="00C30D6E">
              <w:rPr>
                <w:i/>
                <w:iCs/>
                <w:lang w:val="sk-SK"/>
              </w:rPr>
              <w:t>(napr. SK2</w:t>
            </w:r>
            <w:r>
              <w:rPr>
                <w:i/>
                <w:iCs/>
                <w:lang w:val="sk-SK"/>
              </w:rPr>
              <w:t>6</w:t>
            </w:r>
            <w:r w:rsidRPr="00C30D6E">
              <w:rPr>
                <w:i/>
                <w:iCs/>
                <w:lang w:val="sk-SK"/>
              </w:rPr>
              <w:t xml:space="preserve">-0105-1234)                                     </w:t>
            </w:r>
          </w:p>
        </w:tc>
        <w:tc>
          <w:tcPr>
            <w:tcW w:w="4389" w:type="dxa"/>
          </w:tcPr>
          <w:p w14:paraId="3028BDCE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MENO HOLUBA V SÚŤAŽI</w:t>
            </w:r>
          </w:p>
          <w:p w14:paraId="26064CD9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(napr. RAKETA)</w:t>
            </w:r>
          </w:p>
        </w:tc>
      </w:tr>
      <w:tr w:rsidR="00260EF4" w14:paraId="656DEC53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6B027165" w14:textId="77777777" w:rsidR="00260EF4" w:rsidRDefault="00260EF4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1</w:t>
            </w:r>
          </w:p>
        </w:tc>
        <w:tc>
          <w:tcPr>
            <w:tcW w:w="4111" w:type="dxa"/>
            <w:vAlign w:val="center"/>
          </w:tcPr>
          <w:p w14:paraId="57C5300B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2D0F5AE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</w:tr>
      <w:tr w:rsidR="00260EF4" w14:paraId="118788D4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45101D5E" w14:textId="77777777" w:rsidR="00260EF4" w:rsidRDefault="00260EF4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2</w:t>
            </w:r>
          </w:p>
        </w:tc>
        <w:tc>
          <w:tcPr>
            <w:tcW w:w="4111" w:type="dxa"/>
            <w:vAlign w:val="center"/>
          </w:tcPr>
          <w:p w14:paraId="16438A99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3828D531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</w:tr>
      <w:tr w:rsidR="00260EF4" w14:paraId="1E34CD41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1798E032" w14:textId="77777777" w:rsidR="00260EF4" w:rsidRDefault="00260EF4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1</w:t>
            </w:r>
          </w:p>
        </w:tc>
        <w:tc>
          <w:tcPr>
            <w:tcW w:w="4111" w:type="dxa"/>
            <w:vAlign w:val="center"/>
          </w:tcPr>
          <w:p w14:paraId="5EDD93F6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75822E3D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</w:tr>
      <w:tr w:rsidR="00260EF4" w14:paraId="3782C620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6AB2EA16" w14:textId="77777777" w:rsidR="00260EF4" w:rsidRDefault="00260EF4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2</w:t>
            </w:r>
          </w:p>
        </w:tc>
        <w:tc>
          <w:tcPr>
            <w:tcW w:w="4111" w:type="dxa"/>
            <w:vAlign w:val="center"/>
          </w:tcPr>
          <w:p w14:paraId="6CCB4606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D4A53EF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</w:tr>
      <w:tr w:rsidR="00260EF4" w14:paraId="11FB51AA" w14:textId="77777777" w:rsidTr="00544CB5">
        <w:trPr>
          <w:trHeight w:val="567"/>
        </w:trPr>
        <w:tc>
          <w:tcPr>
            <w:tcW w:w="1696" w:type="dxa"/>
            <w:vAlign w:val="center"/>
          </w:tcPr>
          <w:p w14:paraId="2EF78C59" w14:textId="77777777" w:rsidR="00260EF4" w:rsidRDefault="00260EF4" w:rsidP="00544CB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3</w:t>
            </w:r>
          </w:p>
        </w:tc>
        <w:tc>
          <w:tcPr>
            <w:tcW w:w="4111" w:type="dxa"/>
            <w:vAlign w:val="center"/>
          </w:tcPr>
          <w:p w14:paraId="69CFFA30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6ABDE4B1" w14:textId="77777777" w:rsidR="00260EF4" w:rsidRDefault="00260EF4" w:rsidP="00544CB5">
            <w:pPr>
              <w:jc w:val="center"/>
              <w:rPr>
                <w:lang w:val="sk-SK"/>
              </w:rPr>
            </w:pPr>
          </w:p>
        </w:tc>
      </w:tr>
    </w:tbl>
    <w:p w14:paraId="7178A7CB" w14:textId="77777777" w:rsidR="00260EF4" w:rsidRDefault="00260EF4" w:rsidP="00260EF4">
      <w:pPr>
        <w:spacing w:after="0" w:line="240" w:lineRule="auto"/>
        <w:rPr>
          <w:lang w:val="sk-SK"/>
        </w:rPr>
      </w:pP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2263"/>
        <w:gridCol w:w="7938"/>
      </w:tblGrid>
      <w:tr w:rsidR="00260EF4" w14:paraId="6D570D5C" w14:textId="77777777" w:rsidTr="00544CB5">
        <w:tc>
          <w:tcPr>
            <w:tcW w:w="2263" w:type="dxa"/>
            <w:vAlign w:val="center"/>
          </w:tcPr>
          <w:p w14:paraId="3CCA0A10" w14:textId="77777777" w:rsidR="00260EF4" w:rsidRDefault="00260EF4" w:rsidP="00544CB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MENO MAJITEĽA </w:t>
            </w:r>
          </w:p>
          <w:p w14:paraId="2DF0D045" w14:textId="77777777" w:rsidR="00260EF4" w:rsidRPr="00284FF6" w:rsidRDefault="00260EF4" w:rsidP="00544CB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TÍMU:</w:t>
            </w:r>
            <w:r w:rsidRPr="00B929F9">
              <w:rPr>
                <w:noProof/>
              </w:rPr>
              <w:t xml:space="preserve"> </w:t>
            </w:r>
          </w:p>
        </w:tc>
        <w:tc>
          <w:tcPr>
            <w:tcW w:w="7938" w:type="dxa"/>
          </w:tcPr>
          <w:p w14:paraId="0A72B359" w14:textId="77777777" w:rsidR="00260EF4" w:rsidRDefault="00260EF4" w:rsidP="00544CB5">
            <w:pPr>
              <w:rPr>
                <w:lang w:val="sk-SK"/>
              </w:rPr>
            </w:pPr>
          </w:p>
        </w:tc>
      </w:tr>
      <w:tr w:rsidR="00260EF4" w14:paraId="74E8DE50" w14:textId="77777777" w:rsidTr="00544CB5">
        <w:tc>
          <w:tcPr>
            <w:tcW w:w="2263" w:type="dxa"/>
            <w:vAlign w:val="center"/>
          </w:tcPr>
          <w:p w14:paraId="3FA86CD2" w14:textId="77777777" w:rsidR="00260EF4" w:rsidRDefault="00260EF4" w:rsidP="00544CB5">
            <w:pPr>
              <w:rPr>
                <w:lang w:val="sk-SK"/>
              </w:rPr>
            </w:pPr>
            <w:r>
              <w:rPr>
                <w:b/>
                <w:bCs/>
                <w:lang w:val="sk-SK"/>
              </w:rPr>
              <w:t>ADRESA:</w:t>
            </w:r>
          </w:p>
        </w:tc>
        <w:tc>
          <w:tcPr>
            <w:tcW w:w="7938" w:type="dxa"/>
            <w:vAlign w:val="center"/>
          </w:tcPr>
          <w:p w14:paraId="3B638B6E" w14:textId="77777777" w:rsidR="00260EF4" w:rsidRDefault="00260EF4" w:rsidP="00544CB5">
            <w:pPr>
              <w:rPr>
                <w:lang w:val="sk-SK"/>
              </w:rPr>
            </w:pPr>
          </w:p>
        </w:tc>
      </w:tr>
      <w:tr w:rsidR="00260EF4" w14:paraId="28CF353A" w14:textId="77777777" w:rsidTr="00544CB5">
        <w:tc>
          <w:tcPr>
            <w:tcW w:w="2263" w:type="dxa"/>
            <w:vAlign w:val="center"/>
          </w:tcPr>
          <w:p w14:paraId="24A59DB9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ŠTÁT:</w:t>
            </w:r>
          </w:p>
        </w:tc>
        <w:tc>
          <w:tcPr>
            <w:tcW w:w="7938" w:type="dxa"/>
            <w:vAlign w:val="center"/>
          </w:tcPr>
          <w:p w14:paraId="00A08306" w14:textId="77777777" w:rsidR="00260EF4" w:rsidRDefault="00260EF4" w:rsidP="00544CB5">
            <w:pPr>
              <w:rPr>
                <w:lang w:val="sk-SK"/>
              </w:rPr>
            </w:pPr>
          </w:p>
        </w:tc>
      </w:tr>
      <w:tr w:rsidR="00260EF4" w14:paraId="459CC766" w14:textId="77777777" w:rsidTr="00544CB5">
        <w:tc>
          <w:tcPr>
            <w:tcW w:w="2263" w:type="dxa"/>
            <w:vAlign w:val="center"/>
          </w:tcPr>
          <w:p w14:paraId="3039C6D1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ČÍSLO TELEFÓNU:</w:t>
            </w:r>
          </w:p>
        </w:tc>
        <w:tc>
          <w:tcPr>
            <w:tcW w:w="7938" w:type="dxa"/>
            <w:vAlign w:val="center"/>
          </w:tcPr>
          <w:p w14:paraId="338D0F9D" w14:textId="77777777" w:rsidR="00260EF4" w:rsidRDefault="00260EF4" w:rsidP="00544CB5">
            <w:pPr>
              <w:rPr>
                <w:lang w:val="sk-SK"/>
              </w:rPr>
            </w:pPr>
          </w:p>
        </w:tc>
      </w:tr>
      <w:tr w:rsidR="00260EF4" w14:paraId="7440C547" w14:textId="77777777" w:rsidTr="00544CB5">
        <w:tc>
          <w:tcPr>
            <w:tcW w:w="2263" w:type="dxa"/>
            <w:vAlign w:val="center"/>
          </w:tcPr>
          <w:p w14:paraId="2A9A6F95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 xml:space="preserve">E-MAIL: </w:t>
            </w:r>
          </w:p>
        </w:tc>
        <w:tc>
          <w:tcPr>
            <w:tcW w:w="7938" w:type="dxa"/>
            <w:vAlign w:val="center"/>
          </w:tcPr>
          <w:p w14:paraId="01B768EC" w14:textId="77777777" w:rsidR="00260EF4" w:rsidRDefault="00260EF4" w:rsidP="00544CB5">
            <w:pPr>
              <w:rPr>
                <w:lang w:val="sk-SK"/>
              </w:rPr>
            </w:pPr>
          </w:p>
        </w:tc>
      </w:tr>
      <w:tr w:rsidR="00260EF4" w14:paraId="6ACFABF6" w14:textId="77777777" w:rsidTr="00544CB5">
        <w:tc>
          <w:tcPr>
            <w:tcW w:w="2263" w:type="dxa"/>
            <w:vAlign w:val="center"/>
          </w:tcPr>
          <w:p w14:paraId="73DD20B0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MENO KOORDINÁTORA:</w:t>
            </w:r>
          </w:p>
        </w:tc>
        <w:tc>
          <w:tcPr>
            <w:tcW w:w="7938" w:type="dxa"/>
            <w:vAlign w:val="center"/>
          </w:tcPr>
          <w:p w14:paraId="053C0670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Krajčík Daniel</w:t>
            </w:r>
          </w:p>
        </w:tc>
      </w:tr>
    </w:tbl>
    <w:p w14:paraId="3C04DBD4" w14:textId="77777777" w:rsidR="00260EF4" w:rsidRPr="00C30D6E" w:rsidRDefault="00260EF4" w:rsidP="00260EF4">
      <w:pPr>
        <w:spacing w:after="0" w:line="240" w:lineRule="auto"/>
        <w:rPr>
          <w:b/>
          <w:bCs/>
          <w:lang w:val="sk-SK"/>
        </w:rPr>
      </w:pPr>
      <w:r w:rsidRPr="00C30D6E">
        <w:rPr>
          <w:b/>
          <w:bCs/>
          <w:lang w:val="sk-SK"/>
        </w:rPr>
        <w:t>PLATBA (1000 EUR)                                                                  TU NAPÍŠTE KOĽKO STE ZAPLATILI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29"/>
        <w:gridCol w:w="5472"/>
      </w:tblGrid>
      <w:tr w:rsidR="00260EF4" w14:paraId="273625A0" w14:textId="77777777" w:rsidTr="00544CB5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721761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PRIAMA AGENTOVI NA ÚČET</w:t>
            </w:r>
          </w:p>
        </w:tc>
        <w:tc>
          <w:tcPr>
            <w:tcW w:w="5560" w:type="dxa"/>
            <w:tcBorders>
              <w:left w:val="single" w:sz="4" w:space="0" w:color="auto"/>
            </w:tcBorders>
          </w:tcPr>
          <w:p w14:paraId="30F7A308" w14:textId="77777777" w:rsidR="00260EF4" w:rsidRDefault="00260EF4" w:rsidP="00544CB5">
            <w:pPr>
              <w:rPr>
                <w:lang w:val="sk-SK"/>
              </w:rPr>
            </w:pPr>
          </w:p>
        </w:tc>
      </w:tr>
      <w:tr w:rsidR="00260EF4" w14:paraId="1BC0D4D2" w14:textId="77777777" w:rsidTr="00544CB5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4E3C0C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HOTOVOSŤ AGENTOVI</w:t>
            </w:r>
          </w:p>
        </w:tc>
        <w:tc>
          <w:tcPr>
            <w:tcW w:w="5560" w:type="dxa"/>
            <w:tcBorders>
              <w:left w:val="single" w:sz="4" w:space="0" w:color="auto"/>
            </w:tcBorders>
          </w:tcPr>
          <w:p w14:paraId="4B6278CB" w14:textId="77777777" w:rsidR="00260EF4" w:rsidRDefault="00260EF4" w:rsidP="00544CB5">
            <w:pPr>
              <w:rPr>
                <w:lang w:val="sk-SK"/>
              </w:rPr>
            </w:pPr>
          </w:p>
        </w:tc>
      </w:tr>
      <w:tr w:rsidR="00260EF4" w14:paraId="36D017CF" w14:textId="77777777" w:rsidTr="00544CB5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1444B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BANK. PREVOD NA ÚČET ALGARVE GOLDEN R.</w:t>
            </w:r>
          </w:p>
        </w:tc>
        <w:tc>
          <w:tcPr>
            <w:tcW w:w="5560" w:type="dxa"/>
            <w:tcBorders>
              <w:left w:val="single" w:sz="4" w:space="0" w:color="auto"/>
            </w:tcBorders>
          </w:tcPr>
          <w:p w14:paraId="5E95E070" w14:textId="77777777" w:rsidR="00260EF4" w:rsidRDefault="00260EF4" w:rsidP="00544CB5">
            <w:pPr>
              <w:rPr>
                <w:lang w:val="sk-SK"/>
              </w:rPr>
            </w:pPr>
          </w:p>
        </w:tc>
      </w:tr>
      <w:tr w:rsidR="00260EF4" w14:paraId="7C24B9D2" w14:textId="77777777" w:rsidTr="00544CB5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E21FC" w14:textId="77777777" w:rsidR="00260EF4" w:rsidRDefault="00260EF4" w:rsidP="00544CB5">
            <w:pPr>
              <w:rPr>
                <w:lang w:val="sk-SK"/>
              </w:rPr>
            </w:pPr>
            <w:r>
              <w:rPr>
                <w:lang w:val="sk-SK"/>
              </w:rPr>
              <w:t>HOTOVOSŤ ZAPL. V ALGARVE GOLDEN RACE</w:t>
            </w:r>
          </w:p>
        </w:tc>
        <w:tc>
          <w:tcPr>
            <w:tcW w:w="5560" w:type="dxa"/>
            <w:tcBorders>
              <w:left w:val="single" w:sz="4" w:space="0" w:color="auto"/>
            </w:tcBorders>
          </w:tcPr>
          <w:p w14:paraId="4CDAACD1" w14:textId="77777777" w:rsidR="00260EF4" w:rsidRDefault="00260EF4" w:rsidP="00544CB5">
            <w:pPr>
              <w:rPr>
                <w:lang w:val="sk-SK"/>
              </w:rPr>
            </w:pPr>
          </w:p>
        </w:tc>
      </w:tr>
    </w:tbl>
    <w:p w14:paraId="27F99CB6" w14:textId="77777777" w:rsidR="00260EF4" w:rsidRDefault="00260EF4" w:rsidP="00260EF4">
      <w:pPr>
        <w:spacing w:after="0" w:line="240" w:lineRule="auto"/>
        <w:rPr>
          <w:lang w:val="sk-SK"/>
        </w:rPr>
      </w:pPr>
    </w:p>
    <w:p w14:paraId="2DFDA97E" w14:textId="77777777" w:rsidR="00260EF4" w:rsidRDefault="00260EF4" w:rsidP="00260EF4">
      <w:pPr>
        <w:spacing w:after="0" w:line="240" w:lineRule="auto"/>
      </w:pPr>
      <w:r>
        <w:rPr>
          <w:lang w:val="sk-SK"/>
        </w:rPr>
        <w:t xml:space="preserve">Svojím podpisom potvrdzujem, že som si prečítal pravidlá a podmienky súťaže pre sezónu 2026, ktoré sú dostupné na stránke </w:t>
      </w:r>
      <w:hyperlink r:id="rId8" w:history="1">
        <w:r w:rsidRPr="000001AF">
          <w:rPr>
            <w:rStyle w:val="Hypertextovprepojenie"/>
            <w:lang w:val="sk-SK"/>
          </w:rPr>
          <w:t>www.goldenracealgarve.com</w:t>
        </w:r>
      </w:hyperlink>
      <w:r>
        <w:rPr>
          <w:lang w:val="sk-SK"/>
        </w:rPr>
        <w:t xml:space="preserve"> a akceptujem ich: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775C032A" w14:textId="77777777" w:rsidR="00260EF4" w:rsidRDefault="00260EF4" w:rsidP="00260EF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Váš</w:t>
      </w:r>
      <w:proofErr w:type="spellEnd"/>
      <w:r>
        <w:t xml:space="preserve"> </w:t>
      </w:r>
      <w:proofErr w:type="spellStart"/>
      <w:r>
        <w:t>podpis</w:t>
      </w:r>
      <w:proofErr w:type="spellEnd"/>
    </w:p>
    <w:p w14:paraId="312922C9" w14:textId="77777777" w:rsidR="00C30D6E" w:rsidRDefault="00C30D6E" w:rsidP="00260EF4">
      <w:pPr>
        <w:spacing w:after="0" w:line="240" w:lineRule="auto"/>
      </w:pPr>
    </w:p>
    <w:sectPr w:rsidR="00C30D6E" w:rsidSect="00260EF4">
      <w:pgSz w:w="11906" w:h="16838"/>
      <w:pgMar w:top="567" w:right="850" w:bottom="426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0EF4"/>
    <w:rsid w:val="00284FF6"/>
    <w:rsid w:val="0029639D"/>
    <w:rsid w:val="00326F90"/>
    <w:rsid w:val="00AA1D8D"/>
    <w:rsid w:val="00B47730"/>
    <w:rsid w:val="00B929F9"/>
    <w:rsid w:val="00C30D6E"/>
    <w:rsid w:val="00CB0664"/>
    <w:rsid w:val="00EC51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FDF7B"/>
  <w14:defaultImageDpi w14:val="300"/>
  <w15:docId w15:val="{0CE6D464-D46C-46D0-B6B4-B0E57EBC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B929F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2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ldenracealgarve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ldenracealgarv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Krajčík | OF EU v Bratislave</cp:lastModifiedBy>
  <cp:revision>3</cp:revision>
  <dcterms:created xsi:type="dcterms:W3CDTF">2026-04-07T21:05:00Z</dcterms:created>
  <dcterms:modified xsi:type="dcterms:W3CDTF">2026-04-07T21:31:00Z</dcterms:modified>
  <cp:category/>
</cp:coreProperties>
</file>