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7F34" w14:textId="11414878" w:rsidR="00B929F9" w:rsidRDefault="00626FF3" w:rsidP="00B929F9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AC91EA" wp14:editId="5F3E1FFA">
            <wp:simplePos x="0" y="0"/>
            <wp:positionH relativeFrom="column">
              <wp:posOffset>5015230</wp:posOffset>
            </wp:positionH>
            <wp:positionV relativeFrom="paragraph">
              <wp:posOffset>-32385</wp:posOffset>
            </wp:positionV>
            <wp:extent cx="1272540" cy="854112"/>
            <wp:effectExtent l="0" t="0" r="3810" b="3175"/>
            <wp:wrapNone/>
            <wp:docPr id="2" name="Obrázok 2" descr="Algarve Great Der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garve Great Derb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4" b="2830"/>
                    <a:stretch/>
                  </pic:blipFill>
                  <pic:spPr bwMode="auto">
                    <a:xfrm>
                      <a:off x="0" y="0"/>
                      <a:ext cx="1272540" cy="85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B9DF2" w14:textId="24F6278E" w:rsidR="00B929F9" w:rsidRPr="00B929F9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</w:rPr>
        <w:t>2026 – PRIHL</w:t>
      </w:r>
      <w:r w:rsidRPr="00B929F9">
        <w:rPr>
          <w:b/>
          <w:bCs/>
          <w:lang w:val="sk-SK"/>
        </w:rPr>
        <w:t>ÁŠKA</w:t>
      </w:r>
    </w:p>
    <w:p w14:paraId="6E8FECE8" w14:textId="77777777" w:rsidR="00626FF3" w:rsidRDefault="00626FF3" w:rsidP="00B929F9">
      <w:pPr>
        <w:spacing w:after="0" w:line="240" w:lineRule="auto"/>
      </w:pPr>
      <w:proofErr w:type="spellStart"/>
      <w:r>
        <w:rPr>
          <w:rStyle w:val="Vrazn"/>
        </w:rPr>
        <w:t>Bankov</w:t>
      </w:r>
      <w:proofErr w:type="spellEnd"/>
      <w:r>
        <w:rPr>
          <w:rStyle w:val="Vrazn"/>
          <w:lang w:val="sk-SK"/>
        </w:rPr>
        <w:t>é údaje:</w:t>
      </w:r>
      <w:r>
        <w:rPr>
          <w:rStyle w:val="Vrazn"/>
        </w:rPr>
        <w:t xml:space="preserve"> </w:t>
      </w:r>
      <w:r>
        <w:t xml:space="preserve">IPR Europe, </w:t>
      </w:r>
      <w:proofErr w:type="spellStart"/>
      <w:r>
        <w:t>Unipessoal</w:t>
      </w:r>
      <w:proofErr w:type="spellEnd"/>
      <w:r>
        <w:t xml:space="preserve"> LDA. </w:t>
      </w:r>
    </w:p>
    <w:p w14:paraId="54705DB3" w14:textId="77777777" w:rsidR="00626FF3" w:rsidRDefault="00626FF3" w:rsidP="00B929F9">
      <w:pPr>
        <w:spacing w:after="0" w:line="240" w:lineRule="auto"/>
      </w:pPr>
      <w:r>
        <w:rPr>
          <w:rStyle w:val="Vrazn"/>
        </w:rPr>
        <w:t>IBAN: LT25 3250 0741 0543 5618</w:t>
      </w:r>
      <w:r>
        <w:t xml:space="preserve"> </w:t>
      </w:r>
    </w:p>
    <w:p w14:paraId="06633879" w14:textId="6B70761E" w:rsidR="00B929F9" w:rsidRPr="00B929F9" w:rsidRDefault="00626FF3" w:rsidP="00B929F9">
      <w:pPr>
        <w:spacing w:after="0" w:line="240" w:lineRule="auto"/>
        <w:rPr>
          <w:b/>
          <w:bCs/>
          <w:lang w:val="sk-SK"/>
        </w:rPr>
      </w:pPr>
      <w:r>
        <w:rPr>
          <w:rStyle w:val="Vrazn"/>
        </w:rPr>
        <w:t xml:space="preserve">BIC: </w:t>
      </w:r>
      <w:r>
        <w:t>REVOLT21</w:t>
      </w:r>
    </w:p>
    <w:p w14:paraId="45FB765F" w14:textId="5AF906A2" w:rsidR="00B929F9" w:rsidRDefault="00B929F9" w:rsidP="00B929F9">
      <w:pPr>
        <w:spacing w:after="0" w:line="240" w:lineRule="auto"/>
        <w:rPr>
          <w:lang w:val="en-GB"/>
        </w:rPr>
      </w:pPr>
    </w:p>
    <w:p w14:paraId="1E8052D0" w14:textId="018786E1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en-GB"/>
        </w:rPr>
        <w:t>N</w:t>
      </w:r>
      <w:r>
        <w:rPr>
          <w:lang w:val="sk-SK"/>
        </w:rPr>
        <w:t>ÁZOV VÁŠHO TÍMU: __________________________________________________________________________________________________</w:t>
      </w:r>
    </w:p>
    <w:p w14:paraId="0421248B" w14:textId="77777777" w:rsidR="00C30D6E" w:rsidRDefault="00C30D6E" w:rsidP="00B929F9">
      <w:pPr>
        <w:spacing w:after="0" w:line="240" w:lineRule="auto"/>
        <w:rPr>
          <w:lang w:val="sk-SK"/>
        </w:rPr>
      </w:pPr>
    </w:p>
    <w:p w14:paraId="7A265BED" w14:textId="61D8BC63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STE U NÁS PRVÝKRÁT ÚČASTNÍKOM (Y=YES=ÁNO, N=NO=NIE)</w:t>
      </w:r>
      <w:r w:rsidR="00C30D6E">
        <w:rPr>
          <w:lang w:val="sk-SK"/>
        </w:rPr>
        <w:t xml:space="preserve">: </w:t>
      </w:r>
      <w:r>
        <w:rPr>
          <w:lang w:val="sk-SK"/>
        </w:rPr>
        <w:t xml:space="preserve"> ______________________________</w:t>
      </w:r>
    </w:p>
    <w:p w14:paraId="73ACD2A4" w14:textId="77777777" w:rsidR="00626FF3" w:rsidRDefault="00626FF3" w:rsidP="00626FF3">
      <w:pPr>
        <w:spacing w:after="0" w:line="240" w:lineRule="auto"/>
        <w:rPr>
          <w:lang w:val="sk-SK"/>
        </w:rPr>
      </w:pPr>
    </w:p>
    <w:p w14:paraId="2D7EB93B" w14:textId="7194C740" w:rsidR="00626FF3" w:rsidRPr="00B929F9" w:rsidRDefault="00626FF3" w:rsidP="00626FF3">
      <w:pPr>
        <w:spacing w:after="0" w:line="240" w:lineRule="auto"/>
        <w:rPr>
          <w:lang w:val="sk-SK"/>
        </w:rPr>
      </w:pPr>
      <w:r>
        <w:rPr>
          <w:lang w:val="sk-SK"/>
        </w:rPr>
        <w:t>NÁZOV VÁŠHO TÍMU Z MINULÉHO ROKA (AK HO NEVIETE, KOORDINÁTOR HO VYPÍŠE): ______________________</w:t>
      </w:r>
    </w:p>
    <w:p w14:paraId="52C011FB" w14:textId="77777777" w:rsidR="00626FF3" w:rsidRDefault="00626FF3" w:rsidP="00B929F9">
      <w:pPr>
        <w:spacing w:after="0" w:line="240" w:lineRule="auto"/>
        <w:rPr>
          <w:lang w:val="sk-SK"/>
        </w:rPr>
      </w:pPr>
    </w:p>
    <w:p w14:paraId="27B21EE5" w14:textId="77B752D4" w:rsidR="00284FF6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 xml:space="preserve">TEAM </w:t>
      </w:r>
      <w:r w:rsidR="00626FF3">
        <w:rPr>
          <w:b/>
          <w:bCs/>
          <w:lang w:val="sk-SK"/>
        </w:rPr>
        <w:t xml:space="preserve">.... </w:t>
      </w:r>
    </w:p>
    <w:p w14:paraId="4EF17957" w14:textId="77777777" w:rsidR="00626FF3" w:rsidRPr="00284FF6" w:rsidRDefault="00626FF3" w:rsidP="00B929F9">
      <w:pPr>
        <w:spacing w:after="0" w:line="240" w:lineRule="auto"/>
        <w:rPr>
          <w:b/>
          <w:bCs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84FF6" w14:paraId="3DCEF8EE" w14:textId="77777777" w:rsidTr="00284FF6">
        <w:tc>
          <w:tcPr>
            <w:tcW w:w="1696" w:type="dxa"/>
          </w:tcPr>
          <w:p w14:paraId="680195AA" w14:textId="77777777" w:rsidR="00284FF6" w:rsidRDefault="00284FF6" w:rsidP="00B929F9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24669E86" w14:textId="215885A6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KRÚŽKU HOLUBA </w:t>
            </w:r>
          </w:p>
          <w:p w14:paraId="1FD79BB6" w14:textId="7E808B22" w:rsidR="00284FF6" w:rsidRDefault="00284FF6" w:rsidP="00284FF6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10CBD933" w14:textId="09110528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MENO HOLUBA V SÚŤAŽI</w:t>
            </w:r>
          </w:p>
          <w:p w14:paraId="2D7D5FBF" w14:textId="0FDC483C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84FF6" w14:paraId="26B8389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18CFEF75" w14:textId="4A85B95A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7C22295A" w14:textId="6395C5F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5995755" w14:textId="4A70C72C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0D8353DE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460A59F" w14:textId="02E43435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0ABE7C4A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8B2C6D9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042FF58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23527BF" w14:textId="77A3155A" w:rsidR="00284FF6" w:rsidRDefault="00626FF3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AKTÍVNY </w:t>
            </w:r>
            <w:r>
              <w:rPr>
                <w:lang w:val="sk-SK"/>
              </w:rPr>
              <w:t>3</w:t>
            </w:r>
          </w:p>
        </w:tc>
        <w:tc>
          <w:tcPr>
            <w:tcW w:w="4111" w:type="dxa"/>
            <w:vAlign w:val="center"/>
          </w:tcPr>
          <w:p w14:paraId="4C42716D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C062E6E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47D38F8B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3EEBCF8E" w14:textId="5EBEA6ED" w:rsidR="00284FF6" w:rsidRDefault="00626FF3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AKTÍVNY </w:t>
            </w:r>
            <w:r>
              <w:rPr>
                <w:lang w:val="sk-SK"/>
              </w:rPr>
              <w:t>4</w:t>
            </w:r>
          </w:p>
        </w:tc>
        <w:tc>
          <w:tcPr>
            <w:tcW w:w="4111" w:type="dxa"/>
            <w:vAlign w:val="center"/>
          </w:tcPr>
          <w:p w14:paraId="7786504D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76C39261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626FF3" w14:paraId="697B490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7FCAC26E" w14:textId="15516938" w:rsidR="00626FF3" w:rsidRDefault="00626FF3" w:rsidP="00626F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1</w:t>
            </w:r>
          </w:p>
        </w:tc>
        <w:tc>
          <w:tcPr>
            <w:tcW w:w="4111" w:type="dxa"/>
            <w:vAlign w:val="center"/>
          </w:tcPr>
          <w:p w14:paraId="2091F557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A7DDC5B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</w:tr>
      <w:tr w:rsidR="00626FF3" w14:paraId="46893BE1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63B11BAD" w14:textId="6F3E3B2B" w:rsidR="00626FF3" w:rsidRDefault="00626FF3" w:rsidP="00626F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2</w:t>
            </w:r>
          </w:p>
        </w:tc>
        <w:tc>
          <w:tcPr>
            <w:tcW w:w="4111" w:type="dxa"/>
            <w:vAlign w:val="center"/>
          </w:tcPr>
          <w:p w14:paraId="1C7FA0C7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6747BF78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</w:tr>
      <w:tr w:rsidR="00626FF3" w14:paraId="45B4FE28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403F0BA" w14:textId="4170D8CE" w:rsidR="00626FF3" w:rsidRDefault="00626FF3" w:rsidP="00626F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3</w:t>
            </w:r>
          </w:p>
        </w:tc>
        <w:tc>
          <w:tcPr>
            <w:tcW w:w="4111" w:type="dxa"/>
            <w:vAlign w:val="center"/>
          </w:tcPr>
          <w:p w14:paraId="2636C692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E6C8EF5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</w:tr>
    </w:tbl>
    <w:p w14:paraId="3BC6AD37" w14:textId="5316BE4B" w:rsidR="00284FF6" w:rsidRDefault="00284FF6" w:rsidP="00284FF6">
      <w:pPr>
        <w:spacing w:after="0" w:line="240" w:lineRule="auto"/>
        <w:rPr>
          <w:lang w:val="sk-SK"/>
        </w:rPr>
      </w:pPr>
    </w:p>
    <w:p w14:paraId="2A8F282D" w14:textId="77777777" w:rsidR="00626FF3" w:rsidRDefault="00626FF3" w:rsidP="00284FF6">
      <w:pPr>
        <w:spacing w:after="0" w:line="240" w:lineRule="auto"/>
        <w:rPr>
          <w:lang w:val="sk-SK"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284FF6" w14:paraId="35E1C6B5" w14:textId="77777777" w:rsidTr="00284FF6">
        <w:tc>
          <w:tcPr>
            <w:tcW w:w="2263" w:type="dxa"/>
            <w:vAlign w:val="center"/>
          </w:tcPr>
          <w:p w14:paraId="3BBDC144" w14:textId="77777777" w:rsid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MENO MAJITEĽA </w:t>
            </w:r>
          </w:p>
          <w:p w14:paraId="27FA1108" w14:textId="18D4EE11" w:rsidR="00284FF6" w:rsidRP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TÍMU:</w:t>
            </w:r>
            <w:r w:rsidRPr="00B929F9">
              <w:rPr>
                <w:noProof/>
              </w:rPr>
              <w:t xml:space="preserve"> </w:t>
            </w:r>
          </w:p>
        </w:tc>
        <w:tc>
          <w:tcPr>
            <w:tcW w:w="7938" w:type="dxa"/>
          </w:tcPr>
          <w:p w14:paraId="3F6C395F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512717C9" w14:textId="77777777" w:rsidTr="00284FF6">
        <w:tc>
          <w:tcPr>
            <w:tcW w:w="2263" w:type="dxa"/>
            <w:vAlign w:val="center"/>
          </w:tcPr>
          <w:p w14:paraId="3190D563" w14:textId="4700132E" w:rsidR="00284FF6" w:rsidRDefault="00284FF6" w:rsidP="00284FF6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ADRESA:</w:t>
            </w:r>
          </w:p>
        </w:tc>
        <w:tc>
          <w:tcPr>
            <w:tcW w:w="7938" w:type="dxa"/>
            <w:vAlign w:val="center"/>
          </w:tcPr>
          <w:p w14:paraId="52B46FA4" w14:textId="77777777" w:rsidR="00284FF6" w:rsidRDefault="00284FF6" w:rsidP="00284FF6">
            <w:pPr>
              <w:rPr>
                <w:lang w:val="sk-SK"/>
              </w:rPr>
            </w:pPr>
          </w:p>
          <w:p w14:paraId="1C570352" w14:textId="20C8CEDB" w:rsidR="00626FF3" w:rsidRDefault="00626FF3" w:rsidP="00284FF6">
            <w:pPr>
              <w:rPr>
                <w:lang w:val="sk-SK"/>
              </w:rPr>
            </w:pPr>
          </w:p>
        </w:tc>
      </w:tr>
      <w:tr w:rsidR="00284FF6" w14:paraId="72D47A75" w14:textId="77777777" w:rsidTr="00284FF6">
        <w:tc>
          <w:tcPr>
            <w:tcW w:w="2263" w:type="dxa"/>
            <w:vAlign w:val="center"/>
          </w:tcPr>
          <w:p w14:paraId="63C8604B" w14:textId="68EC97E9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ŠTÁT:</w:t>
            </w:r>
          </w:p>
        </w:tc>
        <w:tc>
          <w:tcPr>
            <w:tcW w:w="7938" w:type="dxa"/>
            <w:vAlign w:val="center"/>
          </w:tcPr>
          <w:p w14:paraId="7B006BDF" w14:textId="77777777" w:rsidR="00284FF6" w:rsidRDefault="00284FF6" w:rsidP="00284FF6">
            <w:pPr>
              <w:rPr>
                <w:lang w:val="sk-SK"/>
              </w:rPr>
            </w:pPr>
          </w:p>
          <w:p w14:paraId="19231B21" w14:textId="6F2BB660" w:rsidR="00626FF3" w:rsidRDefault="00626FF3" w:rsidP="00284FF6">
            <w:pPr>
              <w:rPr>
                <w:lang w:val="sk-SK"/>
              </w:rPr>
            </w:pPr>
          </w:p>
        </w:tc>
      </w:tr>
      <w:tr w:rsidR="00284FF6" w14:paraId="294449E4" w14:textId="77777777" w:rsidTr="00284FF6">
        <w:tc>
          <w:tcPr>
            <w:tcW w:w="2263" w:type="dxa"/>
            <w:vAlign w:val="center"/>
          </w:tcPr>
          <w:p w14:paraId="5C6AC08E" w14:textId="578CBB6E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ČÍSLO TELEFÓNU:</w:t>
            </w:r>
          </w:p>
        </w:tc>
        <w:tc>
          <w:tcPr>
            <w:tcW w:w="7938" w:type="dxa"/>
            <w:vAlign w:val="center"/>
          </w:tcPr>
          <w:p w14:paraId="129A9A99" w14:textId="77777777" w:rsidR="00284FF6" w:rsidRDefault="00284FF6" w:rsidP="00284FF6">
            <w:pPr>
              <w:rPr>
                <w:lang w:val="sk-SK"/>
              </w:rPr>
            </w:pPr>
          </w:p>
          <w:p w14:paraId="0669F0B7" w14:textId="5A373289" w:rsidR="00626FF3" w:rsidRDefault="00626FF3" w:rsidP="00284FF6">
            <w:pPr>
              <w:rPr>
                <w:lang w:val="sk-SK"/>
              </w:rPr>
            </w:pPr>
          </w:p>
        </w:tc>
      </w:tr>
      <w:tr w:rsidR="00284FF6" w14:paraId="5AC3D2F6" w14:textId="77777777" w:rsidTr="00284FF6">
        <w:tc>
          <w:tcPr>
            <w:tcW w:w="2263" w:type="dxa"/>
            <w:vAlign w:val="center"/>
          </w:tcPr>
          <w:p w14:paraId="3BD36627" w14:textId="4CFF597B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E-MAIL: </w:t>
            </w:r>
          </w:p>
        </w:tc>
        <w:tc>
          <w:tcPr>
            <w:tcW w:w="7938" w:type="dxa"/>
            <w:vAlign w:val="center"/>
          </w:tcPr>
          <w:p w14:paraId="66A5107D" w14:textId="77777777" w:rsidR="00284FF6" w:rsidRDefault="00284FF6" w:rsidP="00284FF6">
            <w:pPr>
              <w:rPr>
                <w:lang w:val="sk-SK"/>
              </w:rPr>
            </w:pPr>
          </w:p>
          <w:p w14:paraId="3802B418" w14:textId="5029977A" w:rsidR="00626FF3" w:rsidRDefault="00626FF3" w:rsidP="00284FF6">
            <w:pPr>
              <w:rPr>
                <w:lang w:val="sk-SK"/>
              </w:rPr>
            </w:pPr>
          </w:p>
        </w:tc>
      </w:tr>
      <w:tr w:rsidR="00284FF6" w14:paraId="092E1AAA" w14:textId="77777777" w:rsidTr="00284FF6">
        <w:tc>
          <w:tcPr>
            <w:tcW w:w="2263" w:type="dxa"/>
            <w:vAlign w:val="center"/>
          </w:tcPr>
          <w:p w14:paraId="258103D5" w14:textId="457B282E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MENO KOORDINÁTORA:</w:t>
            </w:r>
          </w:p>
        </w:tc>
        <w:tc>
          <w:tcPr>
            <w:tcW w:w="7938" w:type="dxa"/>
            <w:vAlign w:val="center"/>
          </w:tcPr>
          <w:p w14:paraId="617CBB66" w14:textId="2C7F9C02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Krajčík Daniel</w:t>
            </w:r>
          </w:p>
        </w:tc>
      </w:tr>
    </w:tbl>
    <w:p w14:paraId="472406A0" w14:textId="77777777" w:rsidR="00626FF3" w:rsidRDefault="00626FF3" w:rsidP="00B929F9">
      <w:pPr>
        <w:spacing w:after="0" w:line="240" w:lineRule="auto"/>
        <w:rPr>
          <w:b/>
          <w:bCs/>
          <w:lang w:val="sk-SK"/>
        </w:rPr>
      </w:pPr>
    </w:p>
    <w:p w14:paraId="2BCAAFCD" w14:textId="4D7CC87B" w:rsidR="00B929F9" w:rsidRPr="00C30D6E" w:rsidRDefault="00B929F9" w:rsidP="00B929F9">
      <w:pPr>
        <w:spacing w:after="0" w:line="240" w:lineRule="auto"/>
        <w:rPr>
          <w:b/>
          <w:bCs/>
          <w:lang w:val="sk-SK"/>
        </w:rPr>
      </w:pPr>
      <w:r w:rsidRPr="00C30D6E">
        <w:rPr>
          <w:b/>
          <w:bCs/>
          <w:lang w:val="sk-SK"/>
        </w:rPr>
        <w:t>PLATBA (</w:t>
      </w:r>
      <w:r w:rsidR="00626FF3">
        <w:rPr>
          <w:b/>
          <w:bCs/>
          <w:lang w:val="sk-SK"/>
        </w:rPr>
        <w:t>600</w:t>
      </w:r>
      <w:r w:rsidRPr="00C30D6E">
        <w:rPr>
          <w:b/>
          <w:bCs/>
          <w:lang w:val="sk-SK"/>
        </w:rPr>
        <w:t xml:space="preserve"> EUR)</w:t>
      </w:r>
      <w:r w:rsidR="00260EF4">
        <w:rPr>
          <w:b/>
          <w:bCs/>
          <w:lang w:val="sk-SK"/>
        </w:rPr>
        <w:t>:</w:t>
      </w:r>
      <w:r w:rsidRPr="00C30D6E">
        <w:rPr>
          <w:b/>
          <w:bCs/>
          <w:lang w:val="sk-SK"/>
        </w:rPr>
        <w:t xml:space="preserve">                                                                  TU NAPÍŠTE KOĽKO STE ZAPLATILI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5472"/>
      </w:tblGrid>
      <w:tr w:rsidR="00B929F9" w14:paraId="70BAC914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0A333" w14:textId="4C1F1033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AGENTOVI NA ÚČET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0E9B8960" w14:textId="77777777" w:rsidR="00B929F9" w:rsidRDefault="00B929F9" w:rsidP="00B929F9">
            <w:pPr>
              <w:rPr>
                <w:lang w:val="sk-SK"/>
              </w:rPr>
            </w:pPr>
          </w:p>
          <w:p w14:paraId="00E1C7CE" w14:textId="24E209B7" w:rsidR="00626FF3" w:rsidRDefault="00626FF3" w:rsidP="00B929F9">
            <w:pPr>
              <w:rPr>
                <w:lang w:val="sk-SK"/>
              </w:rPr>
            </w:pPr>
          </w:p>
        </w:tc>
      </w:tr>
      <w:tr w:rsidR="00B929F9" w14:paraId="36E82380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0FAA7" w14:textId="38CEA8B8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HOTOVOSŤ AGENTOVI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7CD7B919" w14:textId="77777777" w:rsidR="00B929F9" w:rsidRDefault="00B929F9" w:rsidP="00B929F9">
            <w:pPr>
              <w:rPr>
                <w:lang w:val="sk-SK"/>
              </w:rPr>
            </w:pPr>
          </w:p>
          <w:p w14:paraId="2E5CBDBF" w14:textId="7FF1DDD2" w:rsidR="00626FF3" w:rsidRDefault="00626FF3" w:rsidP="00B929F9">
            <w:pPr>
              <w:rPr>
                <w:lang w:val="sk-SK"/>
              </w:rPr>
            </w:pPr>
          </w:p>
        </w:tc>
      </w:tr>
      <w:tr w:rsidR="00B929F9" w14:paraId="255C6D7C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6DFBD" w14:textId="4D5340E5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BANK</w:t>
            </w:r>
            <w:r w:rsidR="00260EF4">
              <w:rPr>
                <w:lang w:val="sk-SK"/>
              </w:rPr>
              <w:t>.</w:t>
            </w:r>
            <w:r>
              <w:rPr>
                <w:lang w:val="sk-SK"/>
              </w:rPr>
              <w:t xml:space="preserve"> PREVOD </w:t>
            </w:r>
            <w:r w:rsidR="00260EF4">
              <w:rPr>
                <w:lang w:val="sk-SK"/>
              </w:rPr>
              <w:t>NA ÚČET</w:t>
            </w:r>
            <w:r>
              <w:rPr>
                <w:lang w:val="sk-SK"/>
              </w:rPr>
              <w:t xml:space="preserve"> ALGARVE </w:t>
            </w:r>
            <w:r w:rsidR="00626FF3">
              <w:rPr>
                <w:lang w:val="sk-SK"/>
              </w:rPr>
              <w:t>GREAT DERBY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394C0AFF" w14:textId="77777777" w:rsidR="00B929F9" w:rsidRDefault="00B929F9" w:rsidP="00B929F9">
            <w:pPr>
              <w:rPr>
                <w:lang w:val="sk-SK"/>
              </w:rPr>
            </w:pPr>
          </w:p>
          <w:p w14:paraId="6CF24560" w14:textId="7AE4DF00" w:rsidR="00626FF3" w:rsidRDefault="00626FF3" w:rsidP="00B929F9">
            <w:pPr>
              <w:rPr>
                <w:lang w:val="sk-SK"/>
              </w:rPr>
            </w:pPr>
          </w:p>
        </w:tc>
      </w:tr>
    </w:tbl>
    <w:p w14:paraId="5030C0BC" w14:textId="0DED6B1C" w:rsidR="00260EF4" w:rsidRDefault="00260EF4" w:rsidP="00C30D6E">
      <w:pPr>
        <w:spacing w:after="0" w:line="240" w:lineRule="auto"/>
        <w:rPr>
          <w:lang w:val="sk-SK"/>
        </w:rPr>
      </w:pPr>
    </w:p>
    <w:p w14:paraId="6832C372" w14:textId="77777777" w:rsidR="00626FF3" w:rsidRDefault="00626FF3" w:rsidP="00C30D6E">
      <w:pPr>
        <w:spacing w:after="0" w:line="240" w:lineRule="auto"/>
        <w:rPr>
          <w:lang w:val="sk-SK"/>
        </w:rPr>
      </w:pPr>
    </w:p>
    <w:p w14:paraId="4FC6A3F3" w14:textId="1ABA21B6" w:rsidR="00C30D6E" w:rsidRDefault="00B929F9" w:rsidP="00C30D6E">
      <w:pPr>
        <w:spacing w:after="0" w:line="240" w:lineRule="auto"/>
      </w:pPr>
      <w:r>
        <w:rPr>
          <w:lang w:val="sk-SK"/>
        </w:rPr>
        <w:t xml:space="preserve">Svojím podpisom potvrdzujem, že som si prečítal pravidlá a podmienky súťaže pre sezónu 2026, ktoré sú dostupné na stránke </w:t>
      </w:r>
      <w:hyperlink r:id="rId7" w:history="1">
        <w:r w:rsidR="00626FF3" w:rsidRPr="00CC4F6E">
          <w:rPr>
            <w:rStyle w:val="Hypertextovprepojenie"/>
          </w:rPr>
          <w:t>https://form.algarvegreatderby.com/en/</w:t>
        </w:r>
      </w:hyperlink>
      <w:r w:rsidR="00626FF3">
        <w:t xml:space="preserve"> </w:t>
      </w:r>
      <w:r>
        <w:rPr>
          <w:lang w:val="sk-SK"/>
        </w:rPr>
        <w:t xml:space="preserve"> a akceptujem ich: </w:t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  <w:t>_____________________________________</w:t>
      </w:r>
    </w:p>
    <w:p w14:paraId="1DC49F7F" w14:textId="508BF5DA" w:rsidR="00EC51B7" w:rsidRDefault="00C30D6E" w:rsidP="00B929F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Váš</w:t>
      </w:r>
      <w:proofErr w:type="spellEnd"/>
      <w:r>
        <w:t xml:space="preserve"> </w:t>
      </w:r>
      <w:proofErr w:type="spellStart"/>
      <w:r>
        <w:t>podpis</w:t>
      </w:r>
      <w:proofErr w:type="spellEnd"/>
    </w:p>
    <w:p w14:paraId="27007387" w14:textId="0DD44EDC" w:rsidR="00260EF4" w:rsidRPr="00626FF3" w:rsidRDefault="00260EF4" w:rsidP="00626FF3"/>
    <w:sectPr w:rsidR="00260EF4" w:rsidRPr="00626FF3" w:rsidSect="00260EF4">
      <w:pgSz w:w="11906" w:h="16838"/>
      <w:pgMar w:top="567" w:right="850" w:bottom="426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EF4"/>
    <w:rsid w:val="00284FF6"/>
    <w:rsid w:val="0029639D"/>
    <w:rsid w:val="00326F90"/>
    <w:rsid w:val="00626FF3"/>
    <w:rsid w:val="00AA1D8D"/>
    <w:rsid w:val="00B47730"/>
    <w:rsid w:val="00B929F9"/>
    <w:rsid w:val="00C30D6E"/>
    <w:rsid w:val="00CB0664"/>
    <w:rsid w:val="00EC51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FDF7B"/>
  <w14:defaultImageDpi w14:val="300"/>
  <w15:docId w15:val="{0CE6D464-D46C-46D0-B6B4-B0E57EBC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B929F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2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.algarvegreatderby.com/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Krajčík | OF EU v Bratislave</cp:lastModifiedBy>
  <cp:revision>2</cp:revision>
  <dcterms:created xsi:type="dcterms:W3CDTF">2026-04-13T13:00:00Z</dcterms:created>
  <dcterms:modified xsi:type="dcterms:W3CDTF">2026-04-13T13:00:00Z</dcterms:modified>
  <cp:category/>
</cp:coreProperties>
</file>